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2E315" w14:textId="77777777" w:rsidR="001F35C3" w:rsidRDefault="00000000">
      <w:r>
        <w:rPr>
          <w:b/>
        </w:rPr>
        <w:t>FEDERATA ATLETIKE E KOSOVËS</w:t>
      </w:r>
    </w:p>
    <w:p w14:paraId="25EE4385" w14:textId="77777777" w:rsidR="001F35C3" w:rsidRDefault="00000000">
      <w:pPr>
        <w:pStyle w:val="Title"/>
      </w:pPr>
      <w:r>
        <w:t>Krahasimi i planit dhe raportit të punës 2026</w:t>
      </w:r>
    </w:p>
    <w:p w14:paraId="40A10335" w14:textId="77777777" w:rsidR="001F35C3" w:rsidRDefault="00000000">
      <w:r>
        <w:t>Aktivitete, programe dhe rezultate • Analizë më 5 tetor 2026</w:t>
      </w:r>
    </w:p>
    <w:p w14:paraId="7C04E370" w14:textId="77777777" w:rsidR="001F35C3" w:rsidRDefault="00000000">
      <w:r>
        <w:t>Raporti dokumenton 13 gara vendore, 8 përfaqësime ndërkombëtare dhe 2 kampe që lidhen drejtpërdrejt me planin. Dokumentohet edhe kampi rinor, por data dhe grupmoshat ndryshojnë nga masa e planifikuar. Disa masa të tjera kanë dëshmi të pjesshme ose kërkojnë plotësim të raportimit.</w:t>
      </w:r>
    </w:p>
    <w:p w14:paraId="62964210" w14:textId="77777777" w:rsidR="001F35C3" w:rsidRDefault="00000000">
      <w:pPr>
        <w:pStyle w:val="Heading2"/>
      </w:pPr>
      <w:r>
        <w:t>Periudha dhe mënyra e krahasimit</w:t>
      </w:r>
    </w:p>
    <w:p w14:paraId="39713BC0" w14:textId="77777777" w:rsidR="001F35C3" w:rsidRDefault="00000000">
      <w:r>
        <w:t>Raporti është për periudhën janar–shtator 2026. Evidenca e fundit me datë është 12 shtatori 2026; kjo datë përdoret si kufiri praktik i krahasimit. Aktivitetet e planifikuara pas saj trajtohen veçmas dhe nuk vlerësohen si të parealizuara. Pjesa financiare është përjashtuar.</w:t>
      </w:r>
    </w:p>
    <w:p w14:paraId="480E09B8" w14:textId="77777777" w:rsidR="001F35C3" w:rsidRDefault="00000000">
      <w:r>
        <w:t>Tabela e Excel-it përmban 67 zëra të konsoliduar të punës. Përsëritjet e së njëjtës garë në kategori të ndryshme janë bashkuar; masat e veçanta të programit ruhen. Numri i zërave nuk përfaqëson numrin e garave unike apo një përqindje të realizimit vjetor.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51"/>
        <w:gridCol w:w="749"/>
        <w:gridCol w:w="6624"/>
      </w:tblGrid>
      <w:tr w:rsidR="001F35C3" w14:paraId="333649FE" w14:textId="77777777">
        <w:trPr>
          <w:cantSplit/>
          <w:tblHeader/>
          <w:jc w:val="center"/>
        </w:trPr>
        <w:tc>
          <w:tcPr>
            <w:tcW w:w="2851" w:type="dxa"/>
            <w:shd w:val="clear" w:color="auto" w:fill="3154A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97B0EF" w14:textId="77777777" w:rsidR="001F35C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Statusi</w:t>
            </w:r>
          </w:p>
        </w:tc>
        <w:tc>
          <w:tcPr>
            <w:tcW w:w="749" w:type="dxa"/>
            <w:shd w:val="clear" w:color="auto" w:fill="3154A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6B998B" w14:textId="77777777" w:rsidR="001F35C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Zëra</w:t>
            </w:r>
          </w:p>
        </w:tc>
        <w:tc>
          <w:tcPr>
            <w:tcW w:w="6624" w:type="dxa"/>
            <w:shd w:val="clear" w:color="auto" w:fill="3154A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EE1F5E" w14:textId="77777777" w:rsidR="001F35C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Çfarë tregon</w:t>
            </w:r>
          </w:p>
        </w:tc>
      </w:tr>
      <w:tr w:rsidR="001F35C3" w14:paraId="4DB2A0EF" w14:textId="77777777">
        <w:trPr>
          <w:cantSplit/>
          <w:jc w:val="center"/>
        </w:trPr>
        <w:tc>
          <w:tcPr>
            <w:tcW w:w="2851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C15E07" w14:textId="77777777" w:rsidR="001F35C3" w:rsidRDefault="00000000">
            <w:pPr>
              <w:spacing w:after="0" w:line="240" w:lineRule="auto"/>
            </w:pPr>
            <w:r>
              <w:t>Dokumentuar</w:t>
            </w:r>
          </w:p>
        </w:tc>
        <w:tc>
          <w:tcPr>
            <w:tcW w:w="74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411AB1" w14:textId="77777777" w:rsidR="001F35C3" w:rsidRDefault="00000000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662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9E492" w14:textId="77777777" w:rsidR="001F35C3" w:rsidRDefault="00000000">
            <w:pPr>
              <w:spacing w:after="0" w:line="240" w:lineRule="auto"/>
            </w:pPr>
            <w:r>
              <w:t>Ka raport, protokoll ose dëshmi të qartë të aktivitetit. Ndryshimet e datës shënohen veçmas.</w:t>
            </w:r>
          </w:p>
        </w:tc>
      </w:tr>
      <w:tr w:rsidR="001F35C3" w14:paraId="08A23B65" w14:textId="77777777">
        <w:trPr>
          <w:cantSplit/>
          <w:jc w:val="center"/>
        </w:trPr>
        <w:tc>
          <w:tcPr>
            <w:tcW w:w="2851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D4E03E" w14:textId="77777777" w:rsidR="001F35C3" w:rsidRDefault="00000000">
            <w:pPr>
              <w:spacing w:after="0" w:line="240" w:lineRule="auto"/>
            </w:pPr>
            <w:r>
              <w:t>Dokumentuar pjesërisht</w:t>
            </w:r>
          </w:p>
        </w:tc>
        <w:tc>
          <w:tcPr>
            <w:tcW w:w="749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AB882E" w14:textId="77777777" w:rsidR="001F35C3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6624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944EDD" w14:textId="77777777" w:rsidR="001F35C3" w:rsidRDefault="00000000">
            <w:pPr>
              <w:spacing w:after="0" w:line="240" w:lineRule="auto"/>
            </w:pPr>
            <w:r>
              <w:t>Ka dëshmi për një pjesë të masës ose për një aktivitet të lidhur. Nuk provohet përmbushja e gjithë masës.</w:t>
            </w:r>
          </w:p>
        </w:tc>
      </w:tr>
      <w:tr w:rsidR="001F35C3" w14:paraId="5532A493" w14:textId="77777777">
        <w:trPr>
          <w:cantSplit/>
          <w:jc w:val="center"/>
        </w:trPr>
        <w:tc>
          <w:tcPr>
            <w:tcW w:w="2851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CD53A1" w14:textId="77777777" w:rsidR="001F35C3" w:rsidRDefault="00000000">
            <w:pPr>
              <w:spacing w:after="0" w:line="240" w:lineRule="auto"/>
            </w:pPr>
            <w:r>
              <w:t>Pas periudhës së raportit</w:t>
            </w:r>
          </w:p>
        </w:tc>
        <w:tc>
          <w:tcPr>
            <w:tcW w:w="74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0E1B56" w14:textId="77777777" w:rsidR="001F35C3" w:rsidRDefault="00000000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662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3B6F88" w14:textId="77777777" w:rsidR="001F35C3" w:rsidRDefault="00000000">
            <w:pPr>
              <w:spacing w:after="0" w:line="240" w:lineRule="auto"/>
            </w:pPr>
            <w:r>
              <w:t>Afati apo emërtimi i aktivitetit e vendos pas 12 shtatorit. Mungesa nuk vlerësohet si mosrealizim.</w:t>
            </w:r>
          </w:p>
        </w:tc>
      </w:tr>
      <w:tr w:rsidR="001F35C3" w14:paraId="0FBCCD4C" w14:textId="77777777">
        <w:trPr>
          <w:cantSplit/>
          <w:jc w:val="center"/>
        </w:trPr>
        <w:tc>
          <w:tcPr>
            <w:tcW w:w="2851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E07219" w14:textId="77777777" w:rsidR="001F35C3" w:rsidRDefault="00000000">
            <w:pPr>
              <w:spacing w:after="0" w:line="240" w:lineRule="auto"/>
            </w:pPr>
            <w:r>
              <w:t>Pa dëshmi në raport</w:t>
            </w:r>
          </w:p>
        </w:tc>
        <w:tc>
          <w:tcPr>
            <w:tcW w:w="749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85E2A0" w14:textId="77777777" w:rsidR="001F35C3" w:rsidRDefault="00000000">
            <w:pPr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6624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540125" w14:textId="77777777" w:rsidR="001F35C3" w:rsidRDefault="00000000">
            <w:pPr>
              <w:spacing w:after="0" w:line="240" w:lineRule="auto"/>
            </w:pPr>
            <w:r>
              <w:t>Nuk ka dëshmi të mjaftueshme në raportin e dorëzuar. Nevojitet konfirmim; nuk do të thotë i parealizuar.</w:t>
            </w:r>
          </w:p>
        </w:tc>
      </w:tr>
    </w:tbl>
    <w:p w14:paraId="591CA2F7" w14:textId="77777777" w:rsidR="001F35C3" w:rsidRDefault="001F35C3">
      <w:pPr>
        <w:spacing w:after="0"/>
      </w:pPr>
    </w:p>
    <w:p w14:paraId="3AA4CD13" w14:textId="77777777" w:rsidR="001F35C3" w:rsidRDefault="00000000">
      <w:r>
        <w:rPr>
          <w:b/>
        </w:rPr>
        <w:t>“Dokumentuar” tregon praninë e dëshmisë për aktivitetin; përputhja e datës dhe arritja e çdo synimi kontrollohen veçmas. “Pa dëshmi në raport” kërkon konfirmim dhe nuk do të thotë “i parealizuar”.</w:t>
      </w:r>
    </w:p>
    <w:p w14:paraId="5F5C2898" w14:textId="77777777" w:rsidR="001F35C3" w:rsidRDefault="00000000">
      <w:r>
        <w:br w:type="page"/>
      </w:r>
    </w:p>
    <w:p w14:paraId="6D8E2F20" w14:textId="77777777" w:rsidR="001F35C3" w:rsidRDefault="00000000">
      <w:pPr>
        <w:pStyle w:val="Heading1"/>
      </w:pPr>
      <w:r>
        <w:lastRenderedPageBreak/>
        <w:t>1. Garat vendore: plani dhe evidenca</w:t>
      </w:r>
    </w:p>
    <w:p w14:paraId="02B2CBA6" w14:textId="77777777" w:rsidR="001F35C3" w:rsidRDefault="00000000">
      <w:r>
        <w:t>Të 13 garat më poshtë kanë dëshmi në raport. Datat e planit dhe të raportit janë ruajtur veçmas për të bërë të dukshme mospërputhjet.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024"/>
        <w:gridCol w:w="1944"/>
        <w:gridCol w:w="2088"/>
        <w:gridCol w:w="1080"/>
        <w:gridCol w:w="1440"/>
      </w:tblGrid>
      <w:tr w:rsidR="001F35C3" w14:paraId="01A9FAEC" w14:textId="77777777">
        <w:trPr>
          <w:cantSplit/>
          <w:tblHeader/>
          <w:jc w:val="center"/>
        </w:trPr>
        <w:tc>
          <w:tcPr>
            <w:tcW w:w="648" w:type="dxa"/>
            <w:shd w:val="clear" w:color="auto" w:fill="3154A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3B5DDF" w14:textId="77777777" w:rsidR="001F35C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ID</w:t>
            </w:r>
          </w:p>
        </w:tc>
        <w:tc>
          <w:tcPr>
            <w:tcW w:w="3024" w:type="dxa"/>
            <w:shd w:val="clear" w:color="auto" w:fill="3154A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8D0131" w14:textId="77777777" w:rsidR="001F35C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Gara</w:t>
            </w:r>
          </w:p>
        </w:tc>
        <w:tc>
          <w:tcPr>
            <w:tcW w:w="1944" w:type="dxa"/>
            <w:shd w:val="clear" w:color="auto" w:fill="3154A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7382BA" w14:textId="77777777" w:rsidR="001F35C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Në plan</w:t>
            </w:r>
          </w:p>
        </w:tc>
        <w:tc>
          <w:tcPr>
            <w:tcW w:w="2088" w:type="dxa"/>
            <w:shd w:val="clear" w:color="auto" w:fill="3154A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6AEFD0" w14:textId="77777777" w:rsidR="001F35C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Në raport</w:t>
            </w:r>
          </w:p>
        </w:tc>
        <w:tc>
          <w:tcPr>
            <w:tcW w:w="1080" w:type="dxa"/>
            <w:shd w:val="clear" w:color="auto" w:fill="3154A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7EDB06" w14:textId="77777777" w:rsidR="001F35C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Garues</w:t>
            </w:r>
          </w:p>
        </w:tc>
        <w:tc>
          <w:tcPr>
            <w:tcW w:w="1440" w:type="dxa"/>
            <w:shd w:val="clear" w:color="auto" w:fill="3154A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A55491" w14:textId="77777777" w:rsidR="001F35C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M / F</w:t>
            </w:r>
          </w:p>
        </w:tc>
      </w:tr>
      <w:tr w:rsidR="001F35C3" w14:paraId="0F52FAA4" w14:textId="77777777">
        <w:trPr>
          <w:cantSplit/>
          <w:jc w:val="center"/>
        </w:trPr>
        <w:tc>
          <w:tcPr>
            <w:tcW w:w="64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0BE4B5" w14:textId="77777777" w:rsidR="001F35C3" w:rsidRDefault="00000000">
            <w:pPr>
              <w:spacing w:after="0" w:line="240" w:lineRule="auto"/>
              <w:jc w:val="center"/>
            </w:pPr>
            <w:r>
              <w:t>A53</w:t>
            </w:r>
          </w:p>
        </w:tc>
        <w:tc>
          <w:tcPr>
            <w:tcW w:w="302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51DDB3" w14:textId="77777777" w:rsidR="001F35C3" w:rsidRDefault="00000000">
            <w:pPr>
              <w:spacing w:after="0" w:line="240" w:lineRule="auto"/>
            </w:pPr>
            <w:r>
              <w:t>Vrapimi i Pavarësisë</w:t>
            </w:r>
          </w:p>
        </w:tc>
        <w:tc>
          <w:tcPr>
            <w:tcW w:w="194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B321A1" w14:textId="77777777" w:rsidR="001F35C3" w:rsidRDefault="00000000">
            <w:pPr>
              <w:spacing w:after="0" w:line="240" w:lineRule="auto"/>
              <w:jc w:val="center"/>
            </w:pPr>
            <w:r>
              <w:t>17.02.2026</w:t>
            </w:r>
          </w:p>
        </w:tc>
        <w:tc>
          <w:tcPr>
            <w:tcW w:w="208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1DCBDE" w14:textId="77777777" w:rsidR="001F35C3" w:rsidRDefault="00000000">
            <w:pPr>
              <w:spacing w:after="0" w:line="240" w:lineRule="auto"/>
              <w:jc w:val="center"/>
            </w:pPr>
            <w:r>
              <w:t>17.02.2026</w:t>
            </w:r>
          </w:p>
        </w:tc>
        <w:tc>
          <w:tcPr>
            <w:tcW w:w="108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22EE33" w14:textId="77777777" w:rsidR="001F35C3" w:rsidRDefault="00000000">
            <w:pPr>
              <w:spacing w:after="0" w:line="240" w:lineRule="auto"/>
              <w:jc w:val="center"/>
            </w:pPr>
            <w:r>
              <w:t>82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18D93D" w14:textId="77777777" w:rsidR="001F35C3" w:rsidRDefault="00000000">
            <w:pPr>
              <w:spacing w:after="0" w:line="240" w:lineRule="auto"/>
              <w:jc w:val="center"/>
            </w:pPr>
            <w:r>
              <w:t>50 / 32</w:t>
            </w:r>
          </w:p>
        </w:tc>
      </w:tr>
      <w:tr w:rsidR="001F35C3" w14:paraId="537E7F77" w14:textId="77777777">
        <w:trPr>
          <w:cantSplit/>
          <w:jc w:val="center"/>
        </w:trPr>
        <w:tc>
          <w:tcPr>
            <w:tcW w:w="64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661441" w14:textId="77777777" w:rsidR="001F35C3" w:rsidRDefault="00000000">
            <w:pPr>
              <w:spacing w:after="0" w:line="240" w:lineRule="auto"/>
              <w:jc w:val="center"/>
            </w:pPr>
            <w:r>
              <w:t>A11</w:t>
            </w:r>
          </w:p>
        </w:tc>
        <w:tc>
          <w:tcPr>
            <w:tcW w:w="3024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240809" w14:textId="77777777" w:rsidR="001F35C3" w:rsidRDefault="00000000">
            <w:pPr>
              <w:spacing w:after="0" w:line="240" w:lineRule="auto"/>
            </w:pPr>
            <w:r>
              <w:t>Kosova në Lëvizje</w:t>
            </w:r>
          </w:p>
        </w:tc>
        <w:tc>
          <w:tcPr>
            <w:tcW w:w="1944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551604" w14:textId="77777777" w:rsidR="001F35C3" w:rsidRDefault="00000000">
            <w:pPr>
              <w:spacing w:after="0" w:line="240" w:lineRule="auto"/>
              <w:jc w:val="center"/>
            </w:pPr>
            <w:r>
              <w:t>22.03.2026</w:t>
            </w:r>
          </w:p>
        </w:tc>
        <w:tc>
          <w:tcPr>
            <w:tcW w:w="208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3A5BA4" w14:textId="77777777" w:rsidR="001F35C3" w:rsidRDefault="00000000">
            <w:pPr>
              <w:spacing w:after="0" w:line="240" w:lineRule="auto"/>
              <w:jc w:val="center"/>
            </w:pPr>
            <w:r>
              <w:t>22.03.2026</w:t>
            </w:r>
          </w:p>
        </w:tc>
        <w:tc>
          <w:tcPr>
            <w:tcW w:w="1080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DA614B" w14:textId="77777777" w:rsidR="001F35C3" w:rsidRDefault="00000000">
            <w:pPr>
              <w:spacing w:after="0" w:line="240" w:lineRule="auto"/>
              <w:jc w:val="center"/>
            </w:pPr>
            <w:r>
              <w:t>198*</w:t>
            </w:r>
          </w:p>
        </w:tc>
        <w:tc>
          <w:tcPr>
            <w:tcW w:w="1440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D3555B" w14:textId="77777777" w:rsidR="001F35C3" w:rsidRDefault="00000000">
            <w:pPr>
              <w:spacing w:after="0" w:line="240" w:lineRule="auto"/>
              <w:jc w:val="center"/>
            </w:pPr>
            <w:r>
              <w:t>159 / 39</w:t>
            </w:r>
          </w:p>
        </w:tc>
      </w:tr>
      <w:tr w:rsidR="001F35C3" w14:paraId="51CE18D9" w14:textId="77777777">
        <w:trPr>
          <w:cantSplit/>
          <w:jc w:val="center"/>
        </w:trPr>
        <w:tc>
          <w:tcPr>
            <w:tcW w:w="64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ECD85D" w14:textId="77777777" w:rsidR="001F35C3" w:rsidRDefault="00000000">
            <w:pPr>
              <w:spacing w:after="0" w:line="240" w:lineRule="auto"/>
              <w:jc w:val="center"/>
            </w:pPr>
            <w:r>
              <w:t>A12</w:t>
            </w:r>
          </w:p>
        </w:tc>
        <w:tc>
          <w:tcPr>
            <w:tcW w:w="302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354359" w14:textId="77777777" w:rsidR="001F35C3" w:rsidRDefault="00000000">
            <w:pPr>
              <w:spacing w:after="0" w:line="240" w:lineRule="auto"/>
            </w:pPr>
            <w:r>
              <w:t>Mitingu i Dëshmorëve</w:t>
            </w:r>
          </w:p>
        </w:tc>
        <w:tc>
          <w:tcPr>
            <w:tcW w:w="194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6585D3" w14:textId="77777777" w:rsidR="001F35C3" w:rsidRDefault="00000000">
            <w:pPr>
              <w:spacing w:after="0" w:line="240" w:lineRule="auto"/>
              <w:jc w:val="center"/>
            </w:pPr>
            <w:r>
              <w:t>19.04.2026</w:t>
            </w:r>
          </w:p>
        </w:tc>
        <w:tc>
          <w:tcPr>
            <w:tcW w:w="208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CBB6FB" w14:textId="77777777" w:rsidR="001F35C3" w:rsidRDefault="00000000">
            <w:pPr>
              <w:spacing w:after="0" w:line="240" w:lineRule="auto"/>
              <w:jc w:val="center"/>
            </w:pPr>
            <w:r>
              <w:t>25–26.04.2026</w:t>
            </w:r>
          </w:p>
        </w:tc>
        <w:tc>
          <w:tcPr>
            <w:tcW w:w="108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37B863" w14:textId="77777777" w:rsidR="001F35C3" w:rsidRDefault="00000000">
            <w:pPr>
              <w:spacing w:after="0" w:line="240" w:lineRule="auto"/>
              <w:jc w:val="center"/>
            </w:pPr>
            <w:r>
              <w:t>155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A99BE3" w14:textId="77777777" w:rsidR="001F35C3" w:rsidRDefault="00000000">
            <w:pPr>
              <w:spacing w:after="0" w:line="240" w:lineRule="auto"/>
              <w:jc w:val="center"/>
            </w:pPr>
            <w:r>
              <w:t>76 / 79</w:t>
            </w:r>
          </w:p>
        </w:tc>
      </w:tr>
      <w:tr w:rsidR="001F35C3" w14:paraId="75D7D4FD" w14:textId="77777777">
        <w:trPr>
          <w:cantSplit/>
          <w:jc w:val="center"/>
        </w:trPr>
        <w:tc>
          <w:tcPr>
            <w:tcW w:w="64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9C1E50" w14:textId="77777777" w:rsidR="001F35C3" w:rsidRDefault="00000000">
            <w:pPr>
              <w:spacing w:after="0" w:line="240" w:lineRule="auto"/>
              <w:jc w:val="center"/>
            </w:pPr>
            <w:r>
              <w:t>A13</w:t>
            </w:r>
          </w:p>
        </w:tc>
        <w:tc>
          <w:tcPr>
            <w:tcW w:w="3024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43C8F8" w14:textId="77777777" w:rsidR="001F35C3" w:rsidRDefault="00000000">
            <w:pPr>
              <w:spacing w:after="0" w:line="240" w:lineRule="auto"/>
            </w:pPr>
            <w:r>
              <w:t>Mitingu i Parë i Hapur</w:t>
            </w:r>
          </w:p>
        </w:tc>
        <w:tc>
          <w:tcPr>
            <w:tcW w:w="1944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8186C4" w14:textId="77777777" w:rsidR="001F35C3" w:rsidRDefault="00000000">
            <w:pPr>
              <w:spacing w:after="0" w:line="240" w:lineRule="auto"/>
              <w:jc w:val="center"/>
            </w:pPr>
            <w:r>
              <w:t>10.05.2026</w:t>
            </w:r>
          </w:p>
        </w:tc>
        <w:tc>
          <w:tcPr>
            <w:tcW w:w="208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1C01A4" w14:textId="77777777" w:rsidR="001F35C3" w:rsidRDefault="00000000">
            <w:pPr>
              <w:spacing w:after="0" w:line="240" w:lineRule="auto"/>
              <w:jc w:val="center"/>
            </w:pPr>
            <w:r>
              <w:t>16–17.05.2026</w:t>
            </w:r>
          </w:p>
        </w:tc>
        <w:tc>
          <w:tcPr>
            <w:tcW w:w="1080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77EBD5" w14:textId="77777777" w:rsidR="001F35C3" w:rsidRDefault="00000000">
            <w:pPr>
              <w:spacing w:after="0" w:line="240" w:lineRule="auto"/>
              <w:jc w:val="center"/>
            </w:pPr>
            <w:r>
              <w:t>125</w:t>
            </w:r>
          </w:p>
        </w:tc>
        <w:tc>
          <w:tcPr>
            <w:tcW w:w="1440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9F42F1" w14:textId="77777777" w:rsidR="001F35C3" w:rsidRDefault="00000000">
            <w:pPr>
              <w:spacing w:after="0" w:line="240" w:lineRule="auto"/>
              <w:jc w:val="center"/>
            </w:pPr>
            <w:r>
              <w:t>61 / 64</w:t>
            </w:r>
          </w:p>
        </w:tc>
      </w:tr>
      <w:tr w:rsidR="001F35C3" w14:paraId="0CF6EF08" w14:textId="77777777">
        <w:trPr>
          <w:cantSplit/>
          <w:jc w:val="center"/>
        </w:trPr>
        <w:tc>
          <w:tcPr>
            <w:tcW w:w="64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12EC03" w14:textId="77777777" w:rsidR="001F35C3" w:rsidRDefault="00000000">
            <w:pPr>
              <w:spacing w:after="0" w:line="240" w:lineRule="auto"/>
              <w:jc w:val="center"/>
            </w:pPr>
            <w:r>
              <w:t>A15</w:t>
            </w:r>
          </w:p>
        </w:tc>
        <w:tc>
          <w:tcPr>
            <w:tcW w:w="302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F523E8" w14:textId="77777777" w:rsidR="001F35C3" w:rsidRDefault="00000000">
            <w:pPr>
              <w:spacing w:after="0" w:line="240" w:lineRule="auto"/>
            </w:pPr>
            <w:r>
              <w:t>Kampionati për Pionierë, U10–U12</w:t>
            </w:r>
          </w:p>
        </w:tc>
        <w:tc>
          <w:tcPr>
            <w:tcW w:w="194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6F35A7" w14:textId="77777777" w:rsidR="001F35C3" w:rsidRDefault="00000000">
            <w:pPr>
              <w:spacing w:after="0" w:line="240" w:lineRule="auto"/>
              <w:jc w:val="center"/>
            </w:pPr>
            <w:r>
              <w:t>31.05.2026</w:t>
            </w:r>
          </w:p>
        </w:tc>
        <w:tc>
          <w:tcPr>
            <w:tcW w:w="208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6A0E41" w14:textId="6F7822A7" w:rsidR="001F35C3" w:rsidRDefault="001F35C3">
            <w:pPr>
              <w:spacing w:after="0" w:line="240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B18B23" w14:textId="77777777" w:rsidR="001F35C3" w:rsidRDefault="00000000">
            <w:pPr>
              <w:spacing w:after="0" w:line="240" w:lineRule="auto"/>
              <w:jc w:val="center"/>
            </w:pPr>
            <w:r>
              <w:t>103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33880C" w14:textId="77777777" w:rsidR="001F35C3" w:rsidRDefault="00000000">
            <w:pPr>
              <w:spacing w:after="0" w:line="240" w:lineRule="auto"/>
              <w:jc w:val="center"/>
            </w:pPr>
            <w:r>
              <w:t>47 / 56</w:t>
            </w:r>
          </w:p>
        </w:tc>
      </w:tr>
      <w:tr w:rsidR="001F35C3" w14:paraId="7940CBD1" w14:textId="77777777">
        <w:trPr>
          <w:cantSplit/>
          <w:jc w:val="center"/>
        </w:trPr>
        <w:tc>
          <w:tcPr>
            <w:tcW w:w="64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3CC1FF" w14:textId="77777777" w:rsidR="001F35C3" w:rsidRDefault="00000000">
            <w:pPr>
              <w:spacing w:after="0" w:line="240" w:lineRule="auto"/>
              <w:jc w:val="center"/>
            </w:pPr>
            <w:r>
              <w:t>A16</w:t>
            </w:r>
          </w:p>
        </w:tc>
        <w:tc>
          <w:tcPr>
            <w:tcW w:w="3024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EB4767" w14:textId="77777777" w:rsidR="001F35C3" w:rsidRDefault="00000000">
            <w:pPr>
              <w:spacing w:after="0" w:line="240" w:lineRule="auto"/>
            </w:pPr>
            <w:r>
              <w:t>Kampionati për Juniorë</w:t>
            </w:r>
          </w:p>
        </w:tc>
        <w:tc>
          <w:tcPr>
            <w:tcW w:w="1944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1F0652" w14:textId="77777777" w:rsidR="001F35C3" w:rsidRDefault="00000000">
            <w:pPr>
              <w:spacing w:after="0" w:line="240" w:lineRule="auto"/>
              <w:jc w:val="center"/>
            </w:pPr>
            <w:r>
              <w:t>06–07.06.2026</w:t>
            </w:r>
          </w:p>
        </w:tc>
        <w:tc>
          <w:tcPr>
            <w:tcW w:w="208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4251B3" w14:textId="77777777" w:rsidR="001F35C3" w:rsidRDefault="00000000">
            <w:pPr>
              <w:spacing w:after="0" w:line="240" w:lineRule="auto"/>
              <w:jc w:val="center"/>
            </w:pPr>
            <w:r>
              <w:t>12–14.06.2026</w:t>
            </w:r>
          </w:p>
        </w:tc>
        <w:tc>
          <w:tcPr>
            <w:tcW w:w="1080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453F08" w14:textId="77777777" w:rsidR="001F35C3" w:rsidRDefault="00000000">
            <w:pPr>
              <w:spacing w:after="0" w:line="240" w:lineRule="auto"/>
              <w:jc w:val="center"/>
            </w:pPr>
            <w:r>
              <w:t>76</w:t>
            </w:r>
          </w:p>
        </w:tc>
        <w:tc>
          <w:tcPr>
            <w:tcW w:w="1440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8FEB40" w14:textId="77777777" w:rsidR="001F35C3" w:rsidRDefault="00000000">
            <w:pPr>
              <w:spacing w:after="0" w:line="240" w:lineRule="auto"/>
              <w:jc w:val="center"/>
            </w:pPr>
            <w:r>
              <w:t>41 / 35</w:t>
            </w:r>
          </w:p>
        </w:tc>
      </w:tr>
      <w:tr w:rsidR="001F35C3" w14:paraId="18E11A96" w14:textId="77777777">
        <w:trPr>
          <w:cantSplit/>
          <w:jc w:val="center"/>
        </w:trPr>
        <w:tc>
          <w:tcPr>
            <w:tcW w:w="64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D7FB66" w14:textId="77777777" w:rsidR="001F35C3" w:rsidRDefault="00000000">
            <w:pPr>
              <w:spacing w:after="0" w:line="240" w:lineRule="auto"/>
              <w:jc w:val="center"/>
            </w:pPr>
            <w:r>
              <w:t>A17</w:t>
            </w:r>
          </w:p>
        </w:tc>
        <w:tc>
          <w:tcPr>
            <w:tcW w:w="302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D4563E" w14:textId="77777777" w:rsidR="001F35C3" w:rsidRDefault="00000000">
            <w:pPr>
              <w:spacing w:after="0" w:line="240" w:lineRule="auto"/>
            </w:pPr>
            <w:r>
              <w:t>Kampionati për Seniorë</w:t>
            </w:r>
          </w:p>
        </w:tc>
        <w:tc>
          <w:tcPr>
            <w:tcW w:w="194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FD485D" w14:textId="77777777" w:rsidR="001F35C3" w:rsidRDefault="00000000">
            <w:pPr>
              <w:spacing w:after="0" w:line="240" w:lineRule="auto"/>
              <w:jc w:val="center"/>
            </w:pPr>
            <w:r>
              <w:t>20–21.06.2026</w:t>
            </w:r>
          </w:p>
        </w:tc>
        <w:tc>
          <w:tcPr>
            <w:tcW w:w="208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CDE855" w14:textId="77777777" w:rsidR="001F35C3" w:rsidRDefault="00000000">
            <w:pPr>
              <w:spacing w:after="0" w:line="240" w:lineRule="auto"/>
              <w:jc w:val="center"/>
            </w:pPr>
            <w:r>
              <w:t>27–28.06.2026</w:t>
            </w:r>
          </w:p>
        </w:tc>
        <w:tc>
          <w:tcPr>
            <w:tcW w:w="108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56E8D5" w14:textId="77777777" w:rsidR="001F35C3" w:rsidRDefault="00000000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2F190F" w14:textId="77777777" w:rsidR="001F35C3" w:rsidRDefault="00000000">
            <w:pPr>
              <w:spacing w:after="0" w:line="240" w:lineRule="auto"/>
              <w:jc w:val="center"/>
            </w:pPr>
            <w:r>
              <w:t>33 / 17</w:t>
            </w:r>
          </w:p>
        </w:tc>
      </w:tr>
      <w:tr w:rsidR="001F35C3" w14:paraId="439728B3" w14:textId="77777777">
        <w:trPr>
          <w:cantSplit/>
          <w:jc w:val="center"/>
        </w:trPr>
        <w:tc>
          <w:tcPr>
            <w:tcW w:w="64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C5A092" w14:textId="77777777" w:rsidR="001F35C3" w:rsidRDefault="00000000">
            <w:pPr>
              <w:spacing w:after="0" w:line="240" w:lineRule="auto"/>
              <w:jc w:val="center"/>
            </w:pPr>
            <w:r>
              <w:t>A55</w:t>
            </w:r>
          </w:p>
        </w:tc>
        <w:tc>
          <w:tcPr>
            <w:tcW w:w="3024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ADBDBB" w14:textId="77777777" w:rsidR="001F35C3" w:rsidRDefault="00000000">
            <w:pPr>
              <w:spacing w:after="0" w:line="240" w:lineRule="auto"/>
            </w:pPr>
            <w:r>
              <w:t>Mitingu 2 Korriku</w:t>
            </w:r>
          </w:p>
        </w:tc>
        <w:tc>
          <w:tcPr>
            <w:tcW w:w="1944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548DB7" w14:textId="77777777" w:rsidR="001F35C3" w:rsidRDefault="00000000">
            <w:pPr>
              <w:spacing w:after="0" w:line="240" w:lineRule="auto"/>
              <w:jc w:val="center"/>
            </w:pPr>
            <w:r>
              <w:t>05.07.2026</w:t>
            </w:r>
          </w:p>
        </w:tc>
        <w:tc>
          <w:tcPr>
            <w:tcW w:w="208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CD9D12" w14:textId="77777777" w:rsidR="001F35C3" w:rsidRDefault="00000000">
            <w:pPr>
              <w:spacing w:after="0" w:line="240" w:lineRule="auto"/>
              <w:jc w:val="center"/>
            </w:pPr>
            <w:r>
              <w:t>21.06.2026</w:t>
            </w:r>
          </w:p>
        </w:tc>
        <w:tc>
          <w:tcPr>
            <w:tcW w:w="1080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0F6B1F" w14:textId="77777777" w:rsidR="001F35C3" w:rsidRDefault="00000000">
            <w:pPr>
              <w:spacing w:after="0" w:line="240" w:lineRule="auto"/>
              <w:jc w:val="center"/>
            </w:pPr>
            <w:r>
              <w:t>139</w:t>
            </w:r>
          </w:p>
        </w:tc>
        <w:tc>
          <w:tcPr>
            <w:tcW w:w="1440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8D44DA" w14:textId="77777777" w:rsidR="001F35C3" w:rsidRDefault="00000000">
            <w:pPr>
              <w:spacing w:after="0" w:line="240" w:lineRule="auto"/>
              <w:jc w:val="center"/>
            </w:pPr>
            <w:r>
              <w:t>69 / 70</w:t>
            </w:r>
          </w:p>
        </w:tc>
      </w:tr>
      <w:tr w:rsidR="001F35C3" w14:paraId="0861AAAC" w14:textId="77777777">
        <w:trPr>
          <w:cantSplit/>
          <w:jc w:val="center"/>
        </w:trPr>
        <w:tc>
          <w:tcPr>
            <w:tcW w:w="64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013C23" w14:textId="77777777" w:rsidR="001F35C3" w:rsidRDefault="00000000">
            <w:pPr>
              <w:spacing w:after="0" w:line="240" w:lineRule="auto"/>
              <w:jc w:val="center"/>
            </w:pPr>
            <w:r>
              <w:t>A56</w:t>
            </w:r>
          </w:p>
        </w:tc>
        <w:tc>
          <w:tcPr>
            <w:tcW w:w="302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6CCDC6" w14:textId="77777777" w:rsidR="001F35C3" w:rsidRDefault="00000000">
            <w:pPr>
              <w:spacing w:after="0" w:line="240" w:lineRule="auto"/>
            </w:pPr>
            <w:r>
              <w:t>Memoriali Bedri Bajrami</w:t>
            </w:r>
          </w:p>
        </w:tc>
        <w:tc>
          <w:tcPr>
            <w:tcW w:w="194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1F1492" w14:textId="77777777" w:rsidR="001F35C3" w:rsidRDefault="00000000">
            <w:pPr>
              <w:spacing w:after="0" w:line="240" w:lineRule="auto"/>
              <w:jc w:val="center"/>
            </w:pPr>
            <w:r>
              <w:t>16.08.2026</w:t>
            </w:r>
          </w:p>
        </w:tc>
        <w:tc>
          <w:tcPr>
            <w:tcW w:w="208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65179A" w14:textId="77777777" w:rsidR="001F35C3" w:rsidRDefault="00000000">
            <w:pPr>
              <w:spacing w:after="0" w:line="240" w:lineRule="auto"/>
              <w:jc w:val="center"/>
            </w:pPr>
            <w:r>
              <w:t>16.08.2026</w:t>
            </w:r>
          </w:p>
        </w:tc>
        <w:tc>
          <w:tcPr>
            <w:tcW w:w="108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4764CE" w14:textId="77777777" w:rsidR="001F35C3" w:rsidRDefault="00000000">
            <w:pPr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F32867" w14:textId="77777777" w:rsidR="001F35C3" w:rsidRDefault="00000000">
            <w:pPr>
              <w:spacing w:after="0" w:line="240" w:lineRule="auto"/>
              <w:jc w:val="center"/>
            </w:pPr>
            <w:r>
              <w:t>15 / 7</w:t>
            </w:r>
          </w:p>
        </w:tc>
      </w:tr>
      <w:tr w:rsidR="001F35C3" w14:paraId="6C03B64A" w14:textId="77777777">
        <w:trPr>
          <w:cantSplit/>
          <w:jc w:val="center"/>
        </w:trPr>
        <w:tc>
          <w:tcPr>
            <w:tcW w:w="64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DD4541" w14:textId="77777777" w:rsidR="001F35C3" w:rsidRDefault="00000000">
            <w:pPr>
              <w:spacing w:after="0" w:line="240" w:lineRule="auto"/>
              <w:jc w:val="center"/>
            </w:pPr>
            <w:r>
              <w:t>A19</w:t>
            </w:r>
          </w:p>
        </w:tc>
        <w:tc>
          <w:tcPr>
            <w:tcW w:w="3024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B68E01" w14:textId="77777777" w:rsidR="001F35C3" w:rsidRDefault="00000000">
            <w:pPr>
              <w:spacing w:after="0" w:line="240" w:lineRule="auto"/>
            </w:pPr>
            <w:r>
              <w:t>Kupa për Pionierë</w:t>
            </w:r>
          </w:p>
        </w:tc>
        <w:tc>
          <w:tcPr>
            <w:tcW w:w="1944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728977" w14:textId="77777777" w:rsidR="001F35C3" w:rsidRDefault="00000000">
            <w:pPr>
              <w:spacing w:after="0" w:line="240" w:lineRule="auto"/>
              <w:jc w:val="center"/>
            </w:pPr>
            <w:r>
              <w:t>23.08.2026</w:t>
            </w:r>
          </w:p>
        </w:tc>
        <w:tc>
          <w:tcPr>
            <w:tcW w:w="208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10708B" w14:textId="77777777" w:rsidR="001F35C3" w:rsidRDefault="00000000">
            <w:pPr>
              <w:spacing w:after="0" w:line="240" w:lineRule="auto"/>
              <w:jc w:val="center"/>
            </w:pPr>
            <w:r>
              <w:t>22.08.2026</w:t>
            </w:r>
          </w:p>
        </w:tc>
        <w:tc>
          <w:tcPr>
            <w:tcW w:w="1080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BA8E4A" w14:textId="77777777" w:rsidR="001F35C3" w:rsidRDefault="00000000">
            <w:pPr>
              <w:spacing w:after="0" w:line="240" w:lineRule="auto"/>
              <w:jc w:val="center"/>
            </w:pPr>
            <w:r>
              <w:t>86</w:t>
            </w:r>
          </w:p>
        </w:tc>
        <w:tc>
          <w:tcPr>
            <w:tcW w:w="1440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F18839" w14:textId="77777777" w:rsidR="001F35C3" w:rsidRDefault="00000000">
            <w:pPr>
              <w:spacing w:after="0" w:line="240" w:lineRule="auto"/>
              <w:jc w:val="center"/>
            </w:pPr>
            <w:r>
              <w:t>35 / 51</w:t>
            </w:r>
          </w:p>
        </w:tc>
      </w:tr>
      <w:tr w:rsidR="001F35C3" w14:paraId="4795CDA3" w14:textId="77777777">
        <w:trPr>
          <w:cantSplit/>
          <w:jc w:val="center"/>
        </w:trPr>
        <w:tc>
          <w:tcPr>
            <w:tcW w:w="64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752EF0" w14:textId="77777777" w:rsidR="001F35C3" w:rsidRDefault="00000000">
            <w:pPr>
              <w:spacing w:after="0" w:line="240" w:lineRule="auto"/>
              <w:jc w:val="center"/>
            </w:pPr>
            <w:r>
              <w:t>A20</w:t>
            </w:r>
          </w:p>
        </w:tc>
        <w:tc>
          <w:tcPr>
            <w:tcW w:w="302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96A958" w14:textId="77777777" w:rsidR="001F35C3" w:rsidRDefault="00000000">
            <w:pPr>
              <w:spacing w:after="0" w:line="240" w:lineRule="auto"/>
            </w:pPr>
            <w:r>
              <w:t>Kupa për Juniorë</w:t>
            </w:r>
          </w:p>
        </w:tc>
        <w:tc>
          <w:tcPr>
            <w:tcW w:w="194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EB6DFC" w14:textId="77777777" w:rsidR="001F35C3" w:rsidRDefault="00000000">
            <w:pPr>
              <w:spacing w:after="0" w:line="240" w:lineRule="auto"/>
              <w:jc w:val="center"/>
            </w:pPr>
            <w:r>
              <w:t>29–30.08.2026</w:t>
            </w:r>
          </w:p>
        </w:tc>
        <w:tc>
          <w:tcPr>
            <w:tcW w:w="208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72E4C" w14:textId="77777777" w:rsidR="001F35C3" w:rsidRDefault="00000000">
            <w:pPr>
              <w:spacing w:after="0" w:line="240" w:lineRule="auto"/>
              <w:jc w:val="center"/>
            </w:pPr>
            <w:r>
              <w:t>28–30.08.2026</w:t>
            </w:r>
          </w:p>
        </w:tc>
        <w:tc>
          <w:tcPr>
            <w:tcW w:w="108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E7D39B" w14:textId="77777777" w:rsidR="001F35C3" w:rsidRDefault="00000000">
            <w:pPr>
              <w:spacing w:after="0" w:line="240" w:lineRule="auto"/>
              <w:jc w:val="center"/>
            </w:pPr>
            <w:r>
              <w:t>80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ADAB69" w14:textId="77777777" w:rsidR="001F35C3" w:rsidRDefault="00000000">
            <w:pPr>
              <w:spacing w:after="0" w:line="240" w:lineRule="auto"/>
              <w:jc w:val="center"/>
            </w:pPr>
            <w:r>
              <w:t>38 / 42</w:t>
            </w:r>
          </w:p>
        </w:tc>
      </w:tr>
      <w:tr w:rsidR="001F35C3" w14:paraId="3D3705C7" w14:textId="77777777">
        <w:trPr>
          <w:cantSplit/>
          <w:jc w:val="center"/>
        </w:trPr>
        <w:tc>
          <w:tcPr>
            <w:tcW w:w="64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FEAEAB" w14:textId="77777777" w:rsidR="001F35C3" w:rsidRDefault="00000000">
            <w:pPr>
              <w:spacing w:after="0" w:line="240" w:lineRule="auto"/>
              <w:jc w:val="center"/>
            </w:pPr>
            <w:r>
              <w:t>A22</w:t>
            </w:r>
          </w:p>
        </w:tc>
        <w:tc>
          <w:tcPr>
            <w:tcW w:w="3024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7FC8C3" w14:textId="77777777" w:rsidR="001F35C3" w:rsidRDefault="00000000">
            <w:pPr>
              <w:spacing w:after="0" w:line="240" w:lineRule="auto"/>
            </w:pPr>
            <w:r>
              <w:t>Kupa për Seniorë</w:t>
            </w:r>
          </w:p>
        </w:tc>
        <w:tc>
          <w:tcPr>
            <w:tcW w:w="1944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45B73B" w14:textId="77777777" w:rsidR="001F35C3" w:rsidRDefault="00000000">
            <w:pPr>
              <w:spacing w:after="0" w:line="240" w:lineRule="auto"/>
              <w:jc w:val="center"/>
            </w:pPr>
            <w:r>
              <w:t>12–13.09.2026</w:t>
            </w:r>
          </w:p>
        </w:tc>
        <w:tc>
          <w:tcPr>
            <w:tcW w:w="208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933CD6" w14:textId="77777777" w:rsidR="001F35C3" w:rsidRDefault="00000000">
            <w:pPr>
              <w:spacing w:after="0" w:line="240" w:lineRule="auto"/>
              <w:jc w:val="center"/>
            </w:pPr>
            <w:r>
              <w:t>22–23.08.2026</w:t>
            </w:r>
          </w:p>
        </w:tc>
        <w:tc>
          <w:tcPr>
            <w:tcW w:w="1080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918E86" w14:textId="77777777" w:rsidR="001F35C3" w:rsidRDefault="00000000">
            <w:pPr>
              <w:spacing w:after="0" w:line="240" w:lineRule="auto"/>
              <w:jc w:val="center"/>
            </w:pPr>
            <w:r>
              <w:t>45</w:t>
            </w:r>
          </w:p>
        </w:tc>
        <w:tc>
          <w:tcPr>
            <w:tcW w:w="1440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1567AC" w14:textId="77777777" w:rsidR="001F35C3" w:rsidRDefault="00000000">
            <w:pPr>
              <w:spacing w:after="0" w:line="240" w:lineRule="auto"/>
              <w:jc w:val="center"/>
            </w:pPr>
            <w:r>
              <w:t>29 / 16</w:t>
            </w:r>
          </w:p>
        </w:tc>
      </w:tr>
      <w:tr w:rsidR="001F35C3" w14:paraId="126EEA28" w14:textId="77777777">
        <w:trPr>
          <w:cantSplit/>
          <w:jc w:val="center"/>
        </w:trPr>
        <w:tc>
          <w:tcPr>
            <w:tcW w:w="64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E58A66" w14:textId="77777777" w:rsidR="001F35C3" w:rsidRDefault="00000000">
            <w:pPr>
              <w:spacing w:after="0" w:line="240" w:lineRule="auto"/>
              <w:jc w:val="center"/>
            </w:pPr>
            <w:r>
              <w:t>A57</w:t>
            </w:r>
          </w:p>
        </w:tc>
        <w:tc>
          <w:tcPr>
            <w:tcW w:w="302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FB1C22" w14:textId="77777777" w:rsidR="001F35C3" w:rsidRDefault="00000000">
            <w:pPr>
              <w:spacing w:after="0" w:line="240" w:lineRule="auto"/>
            </w:pPr>
            <w:r>
              <w:t>Mitingu 7 Shtatori</w:t>
            </w:r>
          </w:p>
        </w:tc>
        <w:tc>
          <w:tcPr>
            <w:tcW w:w="194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731D38" w14:textId="77777777" w:rsidR="001F35C3" w:rsidRDefault="00000000">
            <w:pPr>
              <w:spacing w:after="0" w:line="240" w:lineRule="auto"/>
              <w:jc w:val="center"/>
            </w:pPr>
            <w:r>
              <w:t>05.09.2026</w:t>
            </w:r>
          </w:p>
        </w:tc>
        <w:tc>
          <w:tcPr>
            <w:tcW w:w="208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34C828" w14:textId="77777777" w:rsidR="001F35C3" w:rsidRDefault="00000000">
            <w:pPr>
              <w:spacing w:after="0" w:line="240" w:lineRule="auto"/>
              <w:jc w:val="center"/>
            </w:pPr>
            <w:r>
              <w:t>12.09.2026</w:t>
            </w:r>
          </w:p>
        </w:tc>
        <w:tc>
          <w:tcPr>
            <w:tcW w:w="108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EF8610" w14:textId="77777777" w:rsidR="001F35C3" w:rsidRDefault="00000000">
            <w:pPr>
              <w:spacing w:after="0" w:line="240" w:lineRule="auto"/>
              <w:jc w:val="center"/>
            </w:pPr>
            <w:r>
              <w:t>97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F7045C" w14:textId="77777777" w:rsidR="001F35C3" w:rsidRDefault="00000000">
            <w:pPr>
              <w:spacing w:after="0" w:line="240" w:lineRule="auto"/>
              <w:jc w:val="center"/>
            </w:pPr>
            <w:r>
              <w:t>40 / 57</w:t>
            </w:r>
          </w:p>
        </w:tc>
      </w:tr>
    </w:tbl>
    <w:p w14:paraId="4419C4DE" w14:textId="77777777" w:rsidR="001F35C3" w:rsidRDefault="001F35C3">
      <w:pPr>
        <w:spacing w:after="0"/>
      </w:pPr>
    </w:p>
    <w:p w14:paraId="2BA2454D" w14:textId="77777777" w:rsidR="001F35C3" w:rsidRDefault="00000000">
      <w:r>
        <w:t>Garuesit e kampionateve, kupave dhe mitingjeve janë minimumi i konfirmuar nga rezultatet, përfshirë DNF/DSQ. Listat paraprake dhe startimet në disa disiplina janë tregues të ndryshëm. Numrat nuk mblidhen për të nxjerrë atletë unikë gjatë vitit.</w:t>
      </w:r>
    </w:p>
    <w:p w14:paraId="155A5C5C" w14:textId="77777777" w:rsidR="001F35C3" w:rsidRDefault="00000000">
      <w:r>
        <w:br w:type="page"/>
      </w:r>
    </w:p>
    <w:p w14:paraId="4695E0CE" w14:textId="77777777" w:rsidR="001F35C3" w:rsidRDefault="00000000">
      <w:pPr>
        <w:pStyle w:val="Heading1"/>
      </w:pPr>
      <w:r>
        <w:lastRenderedPageBreak/>
        <w:t>2. Përfaqësimi ndërkombëtar</w:t>
      </w:r>
    </w:p>
    <w:p w14:paraId="7EDE1F31" w14:textId="77777777" w:rsidR="001F35C3" w:rsidRDefault="00000000">
      <w:r>
        <w:t>Raporti dokumenton tetë përfaqësime të emërtuara në plan dhe një dëshmi të pjesshme për Rietin. Medaljet në Monako, U18 dhe Volos japin dëshmi konkrete për synimet e podiumit.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808"/>
        <w:gridCol w:w="1440"/>
        <w:gridCol w:w="1440"/>
        <w:gridCol w:w="3888"/>
      </w:tblGrid>
      <w:tr w:rsidR="001F35C3" w14:paraId="0C1F25F3" w14:textId="77777777">
        <w:trPr>
          <w:cantSplit/>
          <w:tblHeader/>
          <w:jc w:val="center"/>
        </w:trPr>
        <w:tc>
          <w:tcPr>
            <w:tcW w:w="648" w:type="dxa"/>
            <w:shd w:val="clear" w:color="auto" w:fill="3154A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5F8B45" w14:textId="77777777" w:rsidR="001F35C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ID</w:t>
            </w:r>
          </w:p>
        </w:tc>
        <w:tc>
          <w:tcPr>
            <w:tcW w:w="2808" w:type="dxa"/>
            <w:shd w:val="clear" w:color="auto" w:fill="3154A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6EA245" w14:textId="77777777" w:rsidR="001F35C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Aktiviteti</w:t>
            </w:r>
          </w:p>
        </w:tc>
        <w:tc>
          <w:tcPr>
            <w:tcW w:w="1440" w:type="dxa"/>
            <w:shd w:val="clear" w:color="auto" w:fill="3154A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54007D" w14:textId="77777777" w:rsidR="001F35C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Në plan</w:t>
            </w:r>
          </w:p>
        </w:tc>
        <w:tc>
          <w:tcPr>
            <w:tcW w:w="1440" w:type="dxa"/>
            <w:shd w:val="clear" w:color="auto" w:fill="3154A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A3A9ED" w14:textId="77777777" w:rsidR="001F35C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Në raport</w:t>
            </w:r>
          </w:p>
        </w:tc>
        <w:tc>
          <w:tcPr>
            <w:tcW w:w="3888" w:type="dxa"/>
            <w:shd w:val="clear" w:color="auto" w:fill="3154A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BAE63A" w14:textId="77777777" w:rsidR="001F35C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Pjesëmarrja dhe rezultati</w:t>
            </w:r>
          </w:p>
        </w:tc>
      </w:tr>
      <w:tr w:rsidR="001F35C3" w14:paraId="644161E0" w14:textId="77777777">
        <w:trPr>
          <w:cantSplit/>
          <w:jc w:val="center"/>
        </w:trPr>
        <w:tc>
          <w:tcPr>
            <w:tcW w:w="64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FF9DD1" w14:textId="77777777" w:rsidR="001F35C3" w:rsidRDefault="00000000">
            <w:pPr>
              <w:spacing w:after="0" w:line="240" w:lineRule="auto"/>
              <w:jc w:val="center"/>
            </w:pPr>
            <w:r>
              <w:t>A24</w:t>
            </w:r>
          </w:p>
        </w:tc>
        <w:tc>
          <w:tcPr>
            <w:tcW w:w="280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5619CA" w14:textId="77777777" w:rsidR="001F35C3" w:rsidRDefault="00000000">
            <w:pPr>
              <w:spacing w:after="0" w:line="240" w:lineRule="auto"/>
            </w:pPr>
            <w:r>
              <w:t>Mitingu në sallë, Sofje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28436F" w14:textId="77777777" w:rsidR="001F35C3" w:rsidRDefault="00000000">
            <w:pPr>
              <w:spacing w:after="0" w:line="240" w:lineRule="auto"/>
              <w:jc w:val="center"/>
            </w:pPr>
            <w:r>
              <w:t>07.02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AFC61F" w14:textId="77777777" w:rsidR="001F35C3" w:rsidRDefault="00000000">
            <w:pPr>
              <w:spacing w:after="0" w:line="240" w:lineRule="auto"/>
              <w:jc w:val="center"/>
            </w:pPr>
            <w:r>
              <w:t>07–08.02</w:t>
            </w:r>
          </w:p>
        </w:tc>
        <w:tc>
          <w:tcPr>
            <w:tcW w:w="388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509A6F" w14:textId="77777777" w:rsidR="001F35C3" w:rsidRDefault="00000000">
            <w:pPr>
              <w:spacing w:after="0" w:line="240" w:lineRule="auto"/>
            </w:pPr>
            <w:r>
              <w:t>8 atletë; rekorde: Gresa 3000 m 9:31.15, Leon 400 m 48.69.</w:t>
            </w:r>
          </w:p>
        </w:tc>
      </w:tr>
      <w:tr w:rsidR="001F35C3" w14:paraId="7A3FD103" w14:textId="77777777">
        <w:trPr>
          <w:cantSplit/>
          <w:jc w:val="center"/>
        </w:trPr>
        <w:tc>
          <w:tcPr>
            <w:tcW w:w="64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54A824" w14:textId="77777777" w:rsidR="001F35C3" w:rsidRDefault="00000000">
            <w:pPr>
              <w:spacing w:after="0" w:line="240" w:lineRule="auto"/>
              <w:jc w:val="center"/>
            </w:pPr>
            <w:r>
              <w:t>A25</w:t>
            </w:r>
          </w:p>
        </w:tc>
        <w:tc>
          <w:tcPr>
            <w:tcW w:w="280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C337C8" w14:textId="77777777" w:rsidR="001F35C3" w:rsidRDefault="00000000">
            <w:pPr>
              <w:spacing w:after="0" w:line="240" w:lineRule="auto"/>
            </w:pPr>
            <w:r>
              <w:t>Kupa Evropiane e Hedhjeve, Nikosia</w:t>
            </w:r>
          </w:p>
        </w:tc>
        <w:tc>
          <w:tcPr>
            <w:tcW w:w="1440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3FD12C" w14:textId="77777777" w:rsidR="001F35C3" w:rsidRDefault="00000000">
            <w:pPr>
              <w:spacing w:after="0" w:line="240" w:lineRule="auto"/>
              <w:jc w:val="center"/>
            </w:pPr>
            <w:r>
              <w:t>14–15.03</w:t>
            </w:r>
          </w:p>
        </w:tc>
        <w:tc>
          <w:tcPr>
            <w:tcW w:w="1440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482C78" w14:textId="77777777" w:rsidR="001F35C3" w:rsidRDefault="00000000">
            <w:pPr>
              <w:spacing w:after="0" w:line="240" w:lineRule="auto"/>
              <w:jc w:val="center"/>
            </w:pPr>
            <w:r>
              <w:t>15.03</w:t>
            </w:r>
          </w:p>
        </w:tc>
        <w:tc>
          <w:tcPr>
            <w:tcW w:w="388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DEED3B" w14:textId="77777777" w:rsidR="001F35C3" w:rsidRDefault="00000000">
            <w:pPr>
              <w:spacing w:after="0" w:line="240" w:lineRule="auto"/>
            </w:pPr>
            <w:r>
              <w:t>Muhamet Ramadani: 18.77 m në gjyle, vendi 8; 1 atlet dhe trajneri.</w:t>
            </w:r>
          </w:p>
        </w:tc>
      </w:tr>
      <w:tr w:rsidR="001F35C3" w14:paraId="05A2F114" w14:textId="77777777">
        <w:trPr>
          <w:cantSplit/>
          <w:jc w:val="center"/>
        </w:trPr>
        <w:tc>
          <w:tcPr>
            <w:tcW w:w="64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426575" w14:textId="77777777" w:rsidR="001F35C3" w:rsidRDefault="00000000">
            <w:pPr>
              <w:spacing w:after="0" w:line="240" w:lineRule="auto"/>
              <w:jc w:val="center"/>
            </w:pPr>
            <w:r>
              <w:t>A26</w:t>
            </w:r>
          </w:p>
        </w:tc>
        <w:tc>
          <w:tcPr>
            <w:tcW w:w="280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3B45FE" w14:textId="77777777" w:rsidR="001F35C3" w:rsidRDefault="00000000">
            <w:pPr>
              <w:spacing w:after="0" w:line="240" w:lineRule="auto"/>
            </w:pPr>
            <w:r>
              <w:t>Botërori në Sallë, Toruń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F9114B" w14:textId="77777777" w:rsidR="001F35C3" w:rsidRDefault="00000000">
            <w:pPr>
              <w:spacing w:after="0" w:line="240" w:lineRule="auto"/>
              <w:jc w:val="center"/>
            </w:pPr>
            <w:r>
              <w:t>20–22.03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193300" w14:textId="77777777" w:rsidR="001F35C3" w:rsidRDefault="00000000">
            <w:pPr>
              <w:spacing w:after="0" w:line="240" w:lineRule="auto"/>
              <w:jc w:val="center"/>
            </w:pPr>
            <w:r>
              <w:t>20–22.03</w:t>
            </w:r>
          </w:p>
        </w:tc>
        <w:tc>
          <w:tcPr>
            <w:tcW w:w="388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C66F27" w14:textId="77777777" w:rsidR="001F35C3" w:rsidRDefault="00000000">
            <w:pPr>
              <w:spacing w:after="0" w:line="240" w:lineRule="auto"/>
            </w:pPr>
            <w:r>
              <w:t>Gresa Bakraçi: 1500 m 4:29.64; vendi 26 sipas raportit.</w:t>
            </w:r>
          </w:p>
        </w:tc>
      </w:tr>
      <w:tr w:rsidR="001F35C3" w14:paraId="7B4A7C5A" w14:textId="77777777">
        <w:trPr>
          <w:cantSplit/>
          <w:jc w:val="center"/>
        </w:trPr>
        <w:tc>
          <w:tcPr>
            <w:tcW w:w="64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0751CC" w14:textId="77777777" w:rsidR="001F35C3" w:rsidRDefault="00000000">
            <w:pPr>
              <w:spacing w:after="0" w:line="240" w:lineRule="auto"/>
              <w:jc w:val="center"/>
            </w:pPr>
            <w:r>
              <w:t>A28</w:t>
            </w:r>
          </w:p>
        </w:tc>
        <w:tc>
          <w:tcPr>
            <w:tcW w:w="280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D9EE87" w14:textId="77777777" w:rsidR="001F35C3" w:rsidRDefault="00000000">
            <w:pPr>
              <w:spacing w:after="0" w:line="240" w:lineRule="auto"/>
            </w:pPr>
            <w:r>
              <w:t>Mitingu ndërkombëtar, Tivar</w:t>
            </w:r>
          </w:p>
        </w:tc>
        <w:tc>
          <w:tcPr>
            <w:tcW w:w="1440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A08EB5" w14:textId="77777777" w:rsidR="001F35C3" w:rsidRDefault="00000000">
            <w:pPr>
              <w:spacing w:after="0" w:line="240" w:lineRule="auto"/>
              <w:jc w:val="center"/>
            </w:pPr>
            <w:r>
              <w:t>01.05</w:t>
            </w:r>
          </w:p>
        </w:tc>
        <w:tc>
          <w:tcPr>
            <w:tcW w:w="1440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8F6B2E" w14:textId="77777777" w:rsidR="001F35C3" w:rsidRDefault="00000000">
            <w:pPr>
              <w:spacing w:after="0" w:line="240" w:lineRule="auto"/>
              <w:jc w:val="center"/>
            </w:pPr>
            <w:r>
              <w:t>01.05</w:t>
            </w:r>
          </w:p>
        </w:tc>
        <w:tc>
          <w:tcPr>
            <w:tcW w:w="388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0F8ABD" w14:textId="77777777" w:rsidR="001F35C3" w:rsidRDefault="00000000">
            <w:pPr>
              <w:spacing w:after="0" w:line="240" w:lineRule="auto"/>
            </w:pPr>
            <w:r>
              <w:t>7 vende në podium; listat e pjesëmarrjes kërkojnë harmonizim.</w:t>
            </w:r>
          </w:p>
        </w:tc>
      </w:tr>
      <w:tr w:rsidR="001F35C3" w14:paraId="6E4B7BC0" w14:textId="77777777">
        <w:trPr>
          <w:cantSplit/>
          <w:jc w:val="center"/>
        </w:trPr>
        <w:tc>
          <w:tcPr>
            <w:tcW w:w="64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918719" w14:textId="77777777" w:rsidR="001F35C3" w:rsidRDefault="00000000">
            <w:pPr>
              <w:spacing w:after="0" w:line="240" w:lineRule="auto"/>
              <w:jc w:val="center"/>
            </w:pPr>
            <w:r>
              <w:t>A29</w:t>
            </w:r>
          </w:p>
        </w:tc>
        <w:tc>
          <w:tcPr>
            <w:tcW w:w="280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F8B468" w14:textId="77777777" w:rsidR="001F35C3" w:rsidRDefault="00000000">
            <w:pPr>
              <w:spacing w:after="0" w:line="240" w:lineRule="auto"/>
            </w:pPr>
            <w:r>
              <w:t>Shtetet e Vogla, Monako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2DCA07" w14:textId="77777777" w:rsidR="001F35C3" w:rsidRDefault="00000000">
            <w:pPr>
              <w:spacing w:after="0" w:line="240" w:lineRule="auto"/>
              <w:jc w:val="center"/>
            </w:pPr>
            <w:r>
              <w:t>30.05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AC5CFE" w14:textId="77777777" w:rsidR="001F35C3" w:rsidRDefault="00000000">
            <w:pPr>
              <w:spacing w:after="0" w:line="240" w:lineRule="auto"/>
              <w:jc w:val="center"/>
            </w:pPr>
            <w:r>
              <w:t>30.05</w:t>
            </w:r>
          </w:p>
        </w:tc>
        <w:tc>
          <w:tcPr>
            <w:tcW w:w="388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7825B5" w14:textId="77777777" w:rsidR="001F35C3" w:rsidRDefault="00000000">
            <w:pPr>
              <w:spacing w:after="0" w:line="240" w:lineRule="auto"/>
            </w:pPr>
            <w:r>
              <w:t>13 atletë (7 M / 6 F); Gresa argjend në 1500 m, 4:21.45.</w:t>
            </w:r>
          </w:p>
        </w:tc>
      </w:tr>
      <w:tr w:rsidR="001F35C3" w14:paraId="58F4ABD4" w14:textId="77777777">
        <w:trPr>
          <w:cantSplit/>
          <w:jc w:val="center"/>
        </w:trPr>
        <w:tc>
          <w:tcPr>
            <w:tcW w:w="64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D75D46" w14:textId="77777777" w:rsidR="001F35C3" w:rsidRDefault="00000000">
            <w:pPr>
              <w:spacing w:after="0" w:line="240" w:lineRule="auto"/>
              <w:jc w:val="center"/>
            </w:pPr>
            <w:r>
              <w:t>A30</w:t>
            </w:r>
          </w:p>
        </w:tc>
        <w:tc>
          <w:tcPr>
            <w:tcW w:w="280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222F41" w14:textId="77777777" w:rsidR="001F35C3" w:rsidRDefault="00000000">
            <w:pPr>
              <w:spacing w:after="0" w:line="240" w:lineRule="auto"/>
            </w:pPr>
            <w:r>
              <w:t>Ballkaniku U18, Novo Mesto</w:t>
            </w:r>
          </w:p>
        </w:tc>
        <w:tc>
          <w:tcPr>
            <w:tcW w:w="1440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7BAEDF" w14:textId="77777777" w:rsidR="001F35C3" w:rsidRDefault="00000000">
            <w:pPr>
              <w:spacing w:after="0" w:line="240" w:lineRule="auto"/>
              <w:jc w:val="center"/>
            </w:pPr>
            <w:r>
              <w:t>04.07</w:t>
            </w:r>
          </w:p>
        </w:tc>
        <w:tc>
          <w:tcPr>
            <w:tcW w:w="1440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F08E2F" w14:textId="77777777" w:rsidR="001F35C3" w:rsidRDefault="00000000">
            <w:pPr>
              <w:spacing w:after="0" w:line="240" w:lineRule="auto"/>
              <w:jc w:val="center"/>
            </w:pPr>
            <w:r>
              <w:t>04.07</w:t>
            </w:r>
          </w:p>
        </w:tc>
        <w:tc>
          <w:tcPr>
            <w:tcW w:w="388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8B6D81" w14:textId="77777777" w:rsidR="001F35C3" w:rsidRDefault="00000000">
            <w:pPr>
              <w:spacing w:after="0" w:line="240" w:lineRule="auto"/>
            </w:pPr>
            <w:r>
              <w:t>8 atletë; Driton Metaj bronz në gjyle 5 kg, 16.53 m.</w:t>
            </w:r>
          </w:p>
        </w:tc>
      </w:tr>
      <w:tr w:rsidR="001F35C3" w14:paraId="14598F5E" w14:textId="77777777">
        <w:trPr>
          <w:cantSplit/>
          <w:jc w:val="center"/>
        </w:trPr>
        <w:tc>
          <w:tcPr>
            <w:tcW w:w="64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70C62C" w14:textId="77777777" w:rsidR="001F35C3" w:rsidRDefault="00000000">
            <w:pPr>
              <w:spacing w:after="0" w:line="240" w:lineRule="auto"/>
              <w:jc w:val="center"/>
            </w:pPr>
            <w:r>
              <w:t>A31</w:t>
            </w:r>
          </w:p>
        </w:tc>
        <w:tc>
          <w:tcPr>
            <w:tcW w:w="280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6F5DE0" w14:textId="77777777" w:rsidR="001F35C3" w:rsidRDefault="00000000">
            <w:pPr>
              <w:spacing w:after="0" w:line="240" w:lineRule="auto"/>
            </w:pPr>
            <w:r>
              <w:t>Ballkaniku U20, Craiova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7136B1" w14:textId="77777777" w:rsidR="001F35C3" w:rsidRDefault="00000000">
            <w:pPr>
              <w:spacing w:after="0" w:line="240" w:lineRule="auto"/>
              <w:jc w:val="center"/>
            </w:pPr>
            <w:r>
              <w:t>11.07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4BCF62" w14:textId="77777777" w:rsidR="001F35C3" w:rsidRDefault="00000000">
            <w:pPr>
              <w:spacing w:after="0" w:line="240" w:lineRule="auto"/>
              <w:jc w:val="center"/>
            </w:pPr>
            <w:r>
              <w:t>11.07</w:t>
            </w:r>
          </w:p>
        </w:tc>
        <w:tc>
          <w:tcPr>
            <w:tcW w:w="388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5FCD73" w14:textId="77777777" w:rsidR="001F35C3" w:rsidRDefault="00000000">
            <w:pPr>
              <w:spacing w:after="0" w:line="240" w:lineRule="auto"/>
            </w:pPr>
            <w:r>
              <w:t>7 atletë; rezultate për sprintet, vrapimet dhe hedhjet.</w:t>
            </w:r>
          </w:p>
        </w:tc>
      </w:tr>
      <w:tr w:rsidR="001F35C3" w14:paraId="3B57D738" w14:textId="77777777">
        <w:trPr>
          <w:cantSplit/>
          <w:jc w:val="center"/>
        </w:trPr>
        <w:tc>
          <w:tcPr>
            <w:tcW w:w="64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DDD3C7" w14:textId="77777777" w:rsidR="001F35C3" w:rsidRDefault="00000000">
            <w:pPr>
              <w:spacing w:after="0" w:line="240" w:lineRule="auto"/>
              <w:jc w:val="center"/>
            </w:pPr>
            <w:r>
              <w:t>A33</w:t>
            </w:r>
          </w:p>
        </w:tc>
        <w:tc>
          <w:tcPr>
            <w:tcW w:w="280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124FD6" w14:textId="77777777" w:rsidR="001F35C3" w:rsidRDefault="00000000">
            <w:pPr>
              <w:spacing w:after="0" w:line="240" w:lineRule="auto"/>
            </w:pPr>
            <w:r>
              <w:t>Ballkaniku Senior, Volos</w:t>
            </w:r>
          </w:p>
        </w:tc>
        <w:tc>
          <w:tcPr>
            <w:tcW w:w="1440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8D96B7" w14:textId="77777777" w:rsidR="001F35C3" w:rsidRDefault="00000000">
            <w:pPr>
              <w:spacing w:after="0" w:line="240" w:lineRule="auto"/>
              <w:jc w:val="center"/>
            </w:pPr>
            <w:r>
              <w:t>18–19.07</w:t>
            </w:r>
          </w:p>
        </w:tc>
        <w:tc>
          <w:tcPr>
            <w:tcW w:w="1440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DBB960" w14:textId="77777777" w:rsidR="001F35C3" w:rsidRDefault="00000000">
            <w:pPr>
              <w:spacing w:after="0" w:line="240" w:lineRule="auto"/>
              <w:jc w:val="center"/>
            </w:pPr>
            <w:r>
              <w:t>20–21.06</w:t>
            </w:r>
          </w:p>
        </w:tc>
        <w:tc>
          <w:tcPr>
            <w:tcW w:w="388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63A257" w14:textId="77777777" w:rsidR="001F35C3" w:rsidRDefault="00000000">
            <w:pPr>
              <w:spacing w:after="0" w:line="240" w:lineRule="auto"/>
            </w:pPr>
            <w:r>
              <w:t>3 atletë; Gresa argjend në 3000 m dhe medalje në 5000 m, 16:26.85.</w:t>
            </w:r>
          </w:p>
        </w:tc>
      </w:tr>
    </w:tbl>
    <w:p w14:paraId="33E86399" w14:textId="77777777" w:rsidR="001F35C3" w:rsidRDefault="001F35C3">
      <w:pPr>
        <w:spacing w:after="0"/>
      </w:pPr>
    </w:p>
    <w:p w14:paraId="7541BFC4" w14:textId="77777777" w:rsidR="001F35C3" w:rsidRDefault="00000000">
      <w:pPr>
        <w:pStyle w:val="Heading2"/>
      </w:pPr>
      <w:r>
        <w:t>Rieti: rezultat i dokumentuar, raport i paplotë</w:t>
      </w:r>
    </w:p>
    <w:p w14:paraId="7666C493" w14:textId="77777777" w:rsidR="001F35C3" w:rsidRDefault="00000000">
      <w:r>
        <w:t>A32 • Plani: 16–19 korrik. Regjistri i rekordeve evidenton Dion Binakaj, 100 m 10.76 më 16 korrik në Rieti. Kjo provon rezultatin individual, por mungojnë raporti i plotë i ekipit dhe pjesëmarrja. Statusi mbetet “Dokumentuar pjesërisht”.</w:t>
      </w:r>
    </w:p>
    <w:p w14:paraId="5F903DB3" w14:textId="77777777" w:rsidR="001F35C3" w:rsidRDefault="00000000">
      <w:r>
        <w:t>Në Tivar raporti jep 20 atletë në tekst, 22 emra në rezultate dhe 14 në delegacion. Për Volosin plani dhe raporti japin muaj të ndryshëm; lloji i medaljes së dytë nuk përcaktohet. Këto raste kërkojnë protokollin përfundimtar, jo supozim për ndryshim kalendari.</w:t>
      </w:r>
    </w:p>
    <w:p w14:paraId="3B9BF76F" w14:textId="77777777" w:rsidR="001F35C3" w:rsidRDefault="00000000">
      <w:r>
        <w:br w:type="page"/>
      </w:r>
    </w:p>
    <w:p w14:paraId="69703D61" w14:textId="77777777" w:rsidR="001F35C3" w:rsidRDefault="00000000">
      <w:pPr>
        <w:pStyle w:val="Heading1"/>
      </w:pPr>
      <w:r>
        <w:lastRenderedPageBreak/>
        <w:t>3. Kampet dhe programet për të rinj</w:t>
      </w:r>
    </w:p>
    <w:p w14:paraId="11EFAD33" w14:textId="77777777" w:rsidR="001F35C3" w:rsidRDefault="00000000">
      <w:r>
        <w:t>Përgatitjet dimërore dhe pranverore përputhen me nisjen e planifikuar. Kampi rinor ka dëshmi të qarta realizimi, por nuk provon plotësisht masën e njëjtë të planit.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944"/>
        <w:gridCol w:w="2664"/>
        <w:gridCol w:w="2376"/>
        <w:gridCol w:w="3240"/>
      </w:tblGrid>
      <w:tr w:rsidR="001F35C3" w14:paraId="2D26D83E" w14:textId="77777777">
        <w:trPr>
          <w:cantSplit/>
          <w:tblHeader/>
          <w:jc w:val="center"/>
        </w:trPr>
        <w:tc>
          <w:tcPr>
            <w:tcW w:w="1944" w:type="dxa"/>
            <w:shd w:val="clear" w:color="auto" w:fill="3154A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D433C7" w14:textId="77777777" w:rsidR="001F35C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ID / kampi</w:t>
            </w:r>
          </w:p>
        </w:tc>
        <w:tc>
          <w:tcPr>
            <w:tcW w:w="2664" w:type="dxa"/>
            <w:shd w:val="clear" w:color="auto" w:fill="3154A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D32041" w14:textId="77777777" w:rsidR="001F35C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Në plan</w:t>
            </w:r>
          </w:p>
        </w:tc>
        <w:tc>
          <w:tcPr>
            <w:tcW w:w="2376" w:type="dxa"/>
            <w:shd w:val="clear" w:color="auto" w:fill="3154A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89119C" w14:textId="77777777" w:rsidR="001F35C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Në raport</w:t>
            </w:r>
          </w:p>
        </w:tc>
        <w:tc>
          <w:tcPr>
            <w:tcW w:w="3240" w:type="dxa"/>
            <w:shd w:val="clear" w:color="auto" w:fill="3154A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759020" w14:textId="77777777" w:rsidR="001F35C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Pjesëmarrja</w:t>
            </w:r>
          </w:p>
        </w:tc>
      </w:tr>
      <w:tr w:rsidR="001F35C3" w14:paraId="08C8AAAA" w14:textId="77777777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429A57" w14:textId="77777777" w:rsidR="001F35C3" w:rsidRDefault="00000000">
            <w:pPr>
              <w:spacing w:after="0" w:line="240" w:lineRule="auto"/>
            </w:pPr>
            <w:r>
              <w:t>A40 • Dimëror</w:t>
            </w:r>
          </w:p>
        </w:tc>
        <w:tc>
          <w:tcPr>
            <w:tcW w:w="266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27D0F4" w14:textId="77777777" w:rsidR="001F35C3" w:rsidRDefault="00000000">
            <w:pPr>
              <w:spacing w:after="0" w:line="240" w:lineRule="auto"/>
            </w:pPr>
            <w:r>
              <w:t>Nisja 02.01.2026</w:t>
            </w:r>
          </w:p>
        </w:tc>
        <w:tc>
          <w:tcPr>
            <w:tcW w:w="2376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87CFD9" w14:textId="77777777" w:rsidR="001F35C3" w:rsidRDefault="00000000">
            <w:pPr>
              <w:spacing w:after="0" w:line="240" w:lineRule="auto"/>
            </w:pPr>
            <w:r>
              <w:t>02–12.01.2026</w:t>
            </w:r>
          </w:p>
        </w:tc>
        <w:tc>
          <w:tcPr>
            <w:tcW w:w="324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3D7BF2" w14:textId="77777777" w:rsidR="001F35C3" w:rsidRDefault="00000000">
            <w:pPr>
              <w:spacing w:after="0" w:line="240" w:lineRule="auto"/>
            </w:pPr>
            <w:r>
              <w:t>57 atletë sipas raportit: 33 F / 24 M; 14 trajnerë.</w:t>
            </w:r>
          </w:p>
        </w:tc>
      </w:tr>
      <w:tr w:rsidR="001F35C3" w14:paraId="740C553F" w14:textId="77777777">
        <w:trPr>
          <w:cantSplit/>
          <w:jc w:val="center"/>
        </w:trPr>
        <w:tc>
          <w:tcPr>
            <w:tcW w:w="1944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47F4A2" w14:textId="77777777" w:rsidR="001F35C3" w:rsidRDefault="00000000">
            <w:pPr>
              <w:spacing w:after="0" w:line="240" w:lineRule="auto"/>
            </w:pPr>
            <w:r>
              <w:t>A42 • Pranveror</w:t>
            </w:r>
          </w:p>
        </w:tc>
        <w:tc>
          <w:tcPr>
            <w:tcW w:w="2664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809929" w14:textId="77777777" w:rsidR="001F35C3" w:rsidRDefault="00000000">
            <w:pPr>
              <w:spacing w:after="0" w:line="240" w:lineRule="auto"/>
            </w:pPr>
            <w:r>
              <w:t>Nisja 03.04.2026</w:t>
            </w:r>
          </w:p>
        </w:tc>
        <w:tc>
          <w:tcPr>
            <w:tcW w:w="2376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80771C" w14:textId="77777777" w:rsidR="001F35C3" w:rsidRDefault="00000000">
            <w:pPr>
              <w:spacing w:after="0" w:line="240" w:lineRule="auto"/>
            </w:pPr>
            <w:r>
              <w:t>03–13.04.2026</w:t>
            </w:r>
          </w:p>
        </w:tc>
        <w:tc>
          <w:tcPr>
            <w:tcW w:w="3240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66565F" w14:textId="77777777" w:rsidR="001F35C3" w:rsidRDefault="00000000">
            <w:pPr>
              <w:spacing w:after="0" w:line="240" w:lineRule="auto"/>
            </w:pPr>
            <w:r>
              <w:t>11 atletë elitarë: 6 F / 5 M.</w:t>
            </w:r>
          </w:p>
        </w:tc>
      </w:tr>
      <w:tr w:rsidR="001F35C3" w14:paraId="7547E79B" w14:textId="77777777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2F50D1" w14:textId="77777777" w:rsidR="001F35C3" w:rsidRDefault="00000000">
            <w:pPr>
              <w:spacing w:after="0" w:line="240" w:lineRule="auto"/>
            </w:pPr>
            <w:r>
              <w:t>A41 • Rinor</w:t>
            </w:r>
          </w:p>
        </w:tc>
        <w:tc>
          <w:tcPr>
            <w:tcW w:w="266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3C3060" w14:textId="77777777" w:rsidR="001F35C3" w:rsidRDefault="00000000">
            <w:pPr>
              <w:spacing w:after="0" w:line="240" w:lineRule="auto"/>
            </w:pPr>
            <w:r>
              <w:t>14.07.2026; U14–U16; 13–15 vjeç; mbi 15 klube</w:t>
            </w:r>
          </w:p>
        </w:tc>
        <w:tc>
          <w:tcPr>
            <w:tcW w:w="2376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18B389" w14:textId="77777777" w:rsidR="001F35C3" w:rsidRDefault="00000000">
            <w:pPr>
              <w:spacing w:after="0" w:line="240" w:lineRule="auto"/>
            </w:pPr>
            <w:r>
              <w:t>08–13.08.2026; U12–U14</w:t>
            </w:r>
          </w:p>
        </w:tc>
        <w:tc>
          <w:tcPr>
            <w:tcW w:w="324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AC4E63" w14:textId="6ED64F2F" w:rsidR="001F35C3" w:rsidRDefault="00000000">
            <w:pPr>
              <w:spacing w:after="0" w:line="240" w:lineRule="auto"/>
            </w:pPr>
            <w:r>
              <w:t xml:space="preserve">37 atletë: 27 F / 10 M; 10 trajnerë. </w:t>
            </w:r>
          </w:p>
        </w:tc>
      </w:tr>
    </w:tbl>
    <w:p w14:paraId="628D15A0" w14:textId="77777777" w:rsidR="001F35C3" w:rsidRDefault="001F35C3">
      <w:pPr>
        <w:spacing w:after="0"/>
      </w:pPr>
    </w:p>
    <w:p w14:paraId="59837FC1" w14:textId="77777777" w:rsidR="001F35C3" w:rsidRDefault="00000000">
      <w:pPr>
        <w:pStyle w:val="Heading2"/>
      </w:pPr>
      <w:r>
        <w:t>Atletika për Fëmijë dhe Dita e Fëmijëve</w:t>
      </w:r>
    </w:p>
    <w:p w14:paraId="24C8E6C8" w14:textId="77777777" w:rsidR="001F35C3" w:rsidRDefault="00000000">
      <w:r>
        <w:t>A54 • Plani parashikon 1 qershor në Malishevë; raporti dokumenton aktivitetin më 4 qershor 2026, me 6 shkolla dhe rreth 300 nxënës. Ky aktivitet lidhet me Ditën e Fëmijëve dhe Kids Athletics si një ngjarje e vetme.</w:t>
      </w:r>
    </w:p>
    <w:p w14:paraId="4A4A4E10" w14:textId="77777777" w:rsidR="001F35C3" w:rsidRDefault="00000000">
      <w:pPr>
        <w:pStyle w:val="Heading2"/>
      </w:pPr>
      <w:r>
        <w:t>Tri masa me dëshmi të pjesshme</w:t>
      </w:r>
    </w:p>
    <w:p w14:paraId="1FA199A0" w14:textId="77777777" w:rsidR="001F35C3" w:rsidRDefault="00000000">
      <w:pPr>
        <w:pStyle w:val="ListBullet"/>
      </w:pPr>
      <w:r>
        <w:t>A05 • Promovimi në shkolla: aktiviteti në Malishevë jep dëshmi të përfshirjes shkollore; mungojnë veprimet e veçanta të klubeve dhe kalimi i nxënësve në klube.</w:t>
      </w:r>
    </w:p>
    <w:p w14:paraId="158F527D" w14:textId="77777777" w:rsidR="001F35C3" w:rsidRDefault="00000000">
      <w:pPr>
        <w:pStyle w:val="ListBullet"/>
      </w:pPr>
      <w:r>
        <w:t>A48 • Programi në Podujevë: raporti për Malishevën nuk provon realizimin në Podujevë. Nevojitet raporti për lokacionin e planifikuar.</w:t>
      </w:r>
    </w:p>
    <w:p w14:paraId="365C4433" w14:textId="77777777" w:rsidR="001F35C3" w:rsidRDefault="00000000">
      <w:pPr>
        <w:pStyle w:val="ListBullet"/>
      </w:pPr>
      <w:r>
        <w:t>A49 • Identifikimi i talenteve: mungojnë kriteret, lista e talenteve të përzgjedhura dhe ndjekja e tyre në klube.</w:t>
      </w:r>
    </w:p>
    <w:p w14:paraId="0CB13A9D" w14:textId="77777777" w:rsidR="001F35C3" w:rsidRDefault="00000000">
      <w:pPr>
        <w:pStyle w:val="Heading2"/>
      </w:pPr>
      <w:r>
        <w:t>Çfarë kërkon plotësim</w:t>
      </w:r>
    </w:p>
    <w:p w14:paraId="06224399" w14:textId="77777777" w:rsidR="001F35C3" w:rsidRDefault="00000000">
      <w:r>
        <w:t>Për kampin rinor duhet të sqarohen lidhja me masën U14–U16, arsyeja e ndryshimit të datës dhe numri i klubeve. Për programin shkollor duhen shkollat, nxënësit e përfshirë dhe kalimet në klube; i njëjti aktivitet nuk duhet numëruar disa herë për masa të ndryshme.</w:t>
      </w:r>
    </w:p>
    <w:p w14:paraId="6B87FEA6" w14:textId="77777777" w:rsidR="001F35C3" w:rsidRDefault="00000000">
      <w:r>
        <w:t>Seminari Atletika për Fëmijë (A06) nuk provohet për vitin 2026: trajnimet historike të përmendura në raport, përfshirë 4 shtatorin 2025, nuk janë dëshmi e seminarit të këtij viti.</w:t>
      </w:r>
    </w:p>
    <w:p w14:paraId="5B411DBD" w14:textId="77777777" w:rsidR="001F35C3" w:rsidRDefault="00000000">
      <w:r>
        <w:br w:type="page"/>
      </w:r>
    </w:p>
    <w:p w14:paraId="6C1ECA2D" w14:textId="77777777" w:rsidR="001F35C3" w:rsidRDefault="00000000">
      <w:pPr>
        <w:pStyle w:val="Heading1"/>
      </w:pPr>
      <w:r>
        <w:lastRenderedPageBreak/>
        <w:t>4. Aktivitete që kërkojnë konfirmim</w:t>
      </w:r>
    </w:p>
    <w:p w14:paraId="743F1D7A" w14:textId="77777777" w:rsidR="001F35C3" w:rsidRDefault="00000000">
      <w:r>
        <w:t>Mungesa e dëshmisë në raportin e dorëzuar nuk provon mosrealizimin. Për garat e mëposhtme duhet sqaruar nëse janë realizuar, ndryshuar, anuluar apo raportuar në një dokument tjetër.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6120"/>
        <w:gridCol w:w="3312"/>
      </w:tblGrid>
      <w:tr w:rsidR="001F35C3" w14:paraId="633328FA" w14:textId="77777777">
        <w:trPr>
          <w:cantSplit/>
          <w:tblHeader/>
          <w:jc w:val="center"/>
        </w:trPr>
        <w:tc>
          <w:tcPr>
            <w:tcW w:w="792" w:type="dxa"/>
            <w:shd w:val="clear" w:color="auto" w:fill="3154A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5AB859" w14:textId="77777777" w:rsidR="001F35C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ID</w:t>
            </w:r>
          </w:p>
        </w:tc>
        <w:tc>
          <w:tcPr>
            <w:tcW w:w="6120" w:type="dxa"/>
            <w:shd w:val="clear" w:color="auto" w:fill="3154A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5EFEE2" w14:textId="77777777" w:rsidR="001F35C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Aktiviteti</w:t>
            </w:r>
          </w:p>
        </w:tc>
        <w:tc>
          <w:tcPr>
            <w:tcW w:w="3312" w:type="dxa"/>
            <w:shd w:val="clear" w:color="auto" w:fill="3154A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64E1B2" w14:textId="77777777" w:rsidR="001F35C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Afati në plan</w:t>
            </w:r>
          </w:p>
        </w:tc>
      </w:tr>
      <w:tr w:rsidR="001F35C3" w14:paraId="5B8D818A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B7EB51" w14:textId="77777777" w:rsidR="001F35C3" w:rsidRDefault="00000000">
            <w:pPr>
              <w:spacing w:after="0" w:line="240" w:lineRule="auto"/>
              <w:jc w:val="center"/>
            </w:pPr>
            <w:r>
              <w:t>A14</w:t>
            </w:r>
          </w:p>
        </w:tc>
        <w:tc>
          <w:tcPr>
            <w:tcW w:w="612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CB5CDC" w14:textId="77777777" w:rsidR="001F35C3" w:rsidRDefault="00000000">
            <w:pPr>
              <w:spacing w:after="0" w:line="240" w:lineRule="auto"/>
            </w:pPr>
            <w:r>
              <w:t>Mitingu i Dytë i Hapur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B66D56" w14:textId="77777777" w:rsidR="001F35C3" w:rsidRDefault="00000000">
            <w:pPr>
              <w:spacing w:after="0" w:line="240" w:lineRule="auto"/>
              <w:jc w:val="center"/>
            </w:pPr>
            <w:r>
              <w:t>24.05.2026</w:t>
            </w:r>
          </w:p>
        </w:tc>
      </w:tr>
      <w:tr w:rsidR="001F35C3" w14:paraId="092E4B11" w14:textId="77777777">
        <w:trPr>
          <w:cantSplit/>
          <w:jc w:val="center"/>
        </w:trPr>
        <w:tc>
          <w:tcPr>
            <w:tcW w:w="792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AF6A5D" w14:textId="77777777" w:rsidR="001F35C3" w:rsidRDefault="00000000">
            <w:pPr>
              <w:spacing w:after="0" w:line="240" w:lineRule="auto"/>
              <w:jc w:val="center"/>
            </w:pPr>
            <w:r>
              <w:t>A18</w:t>
            </w:r>
          </w:p>
        </w:tc>
        <w:tc>
          <w:tcPr>
            <w:tcW w:w="6120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906CD2" w14:textId="77777777" w:rsidR="001F35C3" w:rsidRDefault="00000000">
            <w:pPr>
              <w:spacing w:after="0" w:line="240" w:lineRule="auto"/>
            </w:pPr>
            <w:r>
              <w:t>Vrapimi i Natës në Rrugë</w:t>
            </w:r>
          </w:p>
        </w:tc>
        <w:tc>
          <w:tcPr>
            <w:tcW w:w="3312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B7181" w14:textId="77777777" w:rsidR="001F35C3" w:rsidRDefault="00000000">
            <w:pPr>
              <w:spacing w:after="0" w:line="240" w:lineRule="auto"/>
              <w:jc w:val="center"/>
            </w:pPr>
            <w:r>
              <w:t>15.07.2026</w:t>
            </w:r>
          </w:p>
        </w:tc>
      </w:tr>
      <w:tr w:rsidR="001F35C3" w14:paraId="3864EF4C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027F8D" w14:textId="77777777" w:rsidR="001F35C3" w:rsidRDefault="00000000">
            <w:pPr>
              <w:spacing w:after="0" w:line="240" w:lineRule="auto"/>
              <w:jc w:val="center"/>
            </w:pPr>
            <w:r>
              <w:t>A21</w:t>
            </w:r>
          </w:p>
        </w:tc>
        <w:tc>
          <w:tcPr>
            <w:tcW w:w="612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E41CCB" w14:textId="77777777" w:rsidR="001F35C3" w:rsidRDefault="00000000">
            <w:pPr>
              <w:spacing w:after="0" w:line="240" w:lineRule="auto"/>
            </w:pPr>
            <w:r>
              <w:t>Gjysmëmaratona e Gjilanit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313FAE" w14:textId="77777777" w:rsidR="001F35C3" w:rsidRDefault="00000000">
            <w:pPr>
              <w:spacing w:after="0" w:line="240" w:lineRule="auto"/>
              <w:jc w:val="center"/>
            </w:pPr>
            <w:r>
              <w:t>06.09.2026</w:t>
            </w:r>
          </w:p>
        </w:tc>
      </w:tr>
      <w:tr w:rsidR="001F35C3" w14:paraId="4676352F" w14:textId="77777777">
        <w:trPr>
          <w:cantSplit/>
          <w:jc w:val="center"/>
        </w:trPr>
        <w:tc>
          <w:tcPr>
            <w:tcW w:w="792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3CFE78" w14:textId="77777777" w:rsidR="001F35C3" w:rsidRDefault="00000000">
            <w:pPr>
              <w:spacing w:after="0" w:line="240" w:lineRule="auto"/>
              <w:jc w:val="center"/>
            </w:pPr>
            <w:r>
              <w:t>A27</w:t>
            </w:r>
          </w:p>
        </w:tc>
        <w:tc>
          <w:tcPr>
            <w:tcW w:w="6120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FAFC7D" w14:textId="77777777" w:rsidR="001F35C3" w:rsidRDefault="00000000">
            <w:pPr>
              <w:spacing w:after="0" w:line="240" w:lineRule="auto"/>
            </w:pPr>
            <w:r>
              <w:t>Ballkaniku i Maratonës, Beograd</w:t>
            </w:r>
          </w:p>
        </w:tc>
        <w:tc>
          <w:tcPr>
            <w:tcW w:w="3312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B51869" w14:textId="77777777" w:rsidR="001F35C3" w:rsidRDefault="00000000">
            <w:pPr>
              <w:spacing w:after="0" w:line="240" w:lineRule="auto"/>
              <w:jc w:val="center"/>
            </w:pPr>
            <w:r>
              <w:t>19.04.2026</w:t>
            </w:r>
          </w:p>
        </w:tc>
      </w:tr>
      <w:tr w:rsidR="001F35C3" w14:paraId="0BD3E64C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E31907" w14:textId="77777777" w:rsidR="001F35C3" w:rsidRDefault="00000000">
            <w:pPr>
              <w:spacing w:after="0" w:line="240" w:lineRule="auto"/>
              <w:jc w:val="center"/>
            </w:pPr>
            <w:r>
              <w:t>A34</w:t>
            </w:r>
          </w:p>
        </w:tc>
        <w:tc>
          <w:tcPr>
            <w:tcW w:w="612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43E9ED" w14:textId="77777777" w:rsidR="001F35C3" w:rsidRDefault="00000000">
            <w:pPr>
              <w:spacing w:after="0" w:line="240" w:lineRule="auto"/>
            </w:pPr>
            <w:r>
              <w:t>Evropiani, Birmingham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71EE67" w14:textId="77777777" w:rsidR="001F35C3" w:rsidRDefault="00000000">
            <w:pPr>
              <w:spacing w:after="0" w:line="240" w:lineRule="auto"/>
              <w:jc w:val="center"/>
            </w:pPr>
            <w:r>
              <w:t>10–16.08.2026</w:t>
            </w:r>
          </w:p>
        </w:tc>
      </w:tr>
      <w:tr w:rsidR="001F35C3" w14:paraId="30BD50D4" w14:textId="77777777">
        <w:trPr>
          <w:cantSplit/>
          <w:jc w:val="center"/>
        </w:trPr>
        <w:tc>
          <w:tcPr>
            <w:tcW w:w="792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36B545" w14:textId="77777777" w:rsidR="001F35C3" w:rsidRDefault="00000000">
            <w:pPr>
              <w:spacing w:after="0" w:line="240" w:lineRule="auto"/>
              <w:jc w:val="center"/>
            </w:pPr>
            <w:r>
              <w:t>A35</w:t>
            </w:r>
          </w:p>
        </w:tc>
        <w:tc>
          <w:tcPr>
            <w:tcW w:w="6120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D4F2BA" w14:textId="77777777" w:rsidR="001F35C3" w:rsidRDefault="00000000">
            <w:pPr>
              <w:spacing w:after="0" w:line="240" w:lineRule="auto"/>
            </w:pPr>
            <w:r>
              <w:t>Lojërat Mesdhetare, Taranto</w:t>
            </w:r>
          </w:p>
        </w:tc>
        <w:tc>
          <w:tcPr>
            <w:tcW w:w="3312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70C187" w14:textId="77777777" w:rsidR="001F35C3" w:rsidRDefault="00000000">
            <w:pPr>
              <w:spacing w:after="0" w:line="240" w:lineRule="auto"/>
              <w:jc w:val="center"/>
            </w:pPr>
            <w:r>
              <w:t>21.08–03.09.2026</w:t>
            </w:r>
          </w:p>
        </w:tc>
      </w:tr>
      <w:tr w:rsidR="001F35C3" w14:paraId="1897699B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D2A75C" w14:textId="77777777" w:rsidR="001F35C3" w:rsidRDefault="00000000">
            <w:pPr>
              <w:spacing w:after="0" w:line="240" w:lineRule="auto"/>
              <w:jc w:val="center"/>
            </w:pPr>
            <w:r>
              <w:t>A60</w:t>
            </w:r>
          </w:p>
        </w:tc>
        <w:tc>
          <w:tcPr>
            <w:tcW w:w="612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6B662A" w14:textId="77777777" w:rsidR="001F35C3" w:rsidRDefault="00000000">
            <w:pPr>
              <w:spacing w:after="0" w:line="240" w:lineRule="auto"/>
            </w:pPr>
            <w:r>
              <w:t>Ballkaniku për Veteranë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3B28C2" w14:textId="2EA8BB48" w:rsidR="001F35C3" w:rsidRDefault="00000000">
            <w:pPr>
              <w:spacing w:after="0" w:line="240" w:lineRule="auto"/>
              <w:jc w:val="center"/>
            </w:pPr>
            <w:r>
              <w:t xml:space="preserve">Vetëm viti 2026; </w:t>
            </w:r>
          </w:p>
        </w:tc>
      </w:tr>
    </w:tbl>
    <w:p w14:paraId="03BB0B98" w14:textId="77777777" w:rsidR="001F35C3" w:rsidRDefault="001F35C3">
      <w:pPr>
        <w:spacing w:after="0"/>
      </w:pPr>
    </w:p>
    <w:p w14:paraId="39B8871B" w14:textId="77777777" w:rsidR="001F35C3" w:rsidRDefault="00000000">
      <w:pPr>
        <w:pStyle w:val="Heading2"/>
      </w:pPr>
      <w:r>
        <w:t>Garat në vendet fqinje</w:t>
      </w:r>
    </w:p>
    <w:p w14:paraId="7723FC2F" w14:textId="77777777" w:rsidR="001F35C3" w:rsidRDefault="00000000">
      <w:r>
        <w:t>A38 • Tivari dhe rezultati nga Shkodra japin dëshmi për këtë masë të përgjithshme. Mungon lista e plotë e garave, atletëve dhe rezultateve. Statusi është “Dokumentuar pjesërisht”; aktivitetet e emërtuara veçmas nuk numërohen përsëri.</w:t>
      </w:r>
    </w:p>
    <w:p w14:paraId="3A8E8E10" w14:textId="77777777" w:rsidR="001F35C3" w:rsidRDefault="00000000">
      <w:pPr>
        <w:pStyle w:val="Heading2"/>
      </w:pPr>
      <w:r>
        <w:t>Trajnimet dhe përfshirja</w:t>
      </w:r>
    </w:p>
    <w:p w14:paraId="09ECC060" w14:textId="77777777" w:rsidR="001F35C3" w:rsidRDefault="00000000">
      <w:r>
        <w:t>Kursi i menaxhimit të klubeve (A03), masa e barazisë gjinore (A04), seminari për trajnerë (A58), seminari për gjyqtarë (A59), seminari ndërkombëtar (A67) dhe aktiviteti me karroca (A61) nuk kanë raport të veçantë. Pjesëmarrja e vajzave apo angazhimi i gjyqtarëve në gara nuk provon realizimin e një seminari.</w:t>
      </w:r>
    </w:p>
    <w:p w14:paraId="5A9CDE11" w14:textId="77777777" w:rsidR="001F35C3" w:rsidRDefault="00000000">
      <w:r>
        <w:t>Seminaret A58 dhe A59 janë vendosur në TM3. Meqë 13–30 shtatori nuk mbulohet nga evidenca e këtij raporti, ato kërkojnë konfirmim para çdo përfundimi mbi realizimin.</w:t>
      </w:r>
    </w:p>
    <w:p w14:paraId="4F001F0C" w14:textId="77777777" w:rsidR="001F35C3" w:rsidRDefault="00000000">
      <w:pPr>
        <w:pStyle w:val="Heading2"/>
      </w:pPr>
      <w:r>
        <w:t>Treguesit që duhen kërkuar</w:t>
      </w:r>
    </w:p>
    <w:p w14:paraId="52B3E646" w14:textId="77777777" w:rsidR="001F35C3" w:rsidRDefault="00000000">
      <w:r>
        <w:t>Për secilin aktivitet të konfirmuar: data, vendi, organizatori, protokolli, numri i atletëve ose pjesëmarrësve, klubet dhe rezultatet kryesore. Për anulim apo shtyrje duhet dokumentuar vendimi dhe afati i ri.</w:t>
      </w:r>
    </w:p>
    <w:p w14:paraId="5A96003E" w14:textId="77777777" w:rsidR="001F35C3" w:rsidRDefault="00000000">
      <w:r>
        <w:br w:type="page"/>
      </w:r>
    </w:p>
    <w:p w14:paraId="47942B2E" w14:textId="77777777" w:rsidR="001F35C3" w:rsidRDefault="00000000">
      <w:pPr>
        <w:pStyle w:val="Heading1"/>
      </w:pPr>
      <w:r>
        <w:lastRenderedPageBreak/>
        <w:t>5. Aktivitetet pas periudhës së raportit</w:t>
      </w:r>
    </w:p>
    <w:p w14:paraId="1A4969B1" w14:textId="77777777" w:rsidR="001F35C3" w:rsidRDefault="00000000">
      <w:r>
        <w:t>Këta dhjetë zëra janë pas 12 shtatorit 2026. Statusi tregon vetëm kufirin e raportimit, edhe kur data e planifikuar ka kaluar tashmë në ditën e kësaj analize.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5904"/>
        <w:gridCol w:w="3528"/>
      </w:tblGrid>
      <w:tr w:rsidR="001F35C3" w14:paraId="7CC5B3BC" w14:textId="77777777">
        <w:trPr>
          <w:cantSplit/>
          <w:tblHeader/>
          <w:jc w:val="center"/>
        </w:trPr>
        <w:tc>
          <w:tcPr>
            <w:tcW w:w="792" w:type="dxa"/>
            <w:shd w:val="clear" w:color="auto" w:fill="3154A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6866F2" w14:textId="77777777" w:rsidR="001F35C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ID</w:t>
            </w:r>
          </w:p>
        </w:tc>
        <w:tc>
          <w:tcPr>
            <w:tcW w:w="5904" w:type="dxa"/>
            <w:shd w:val="clear" w:color="auto" w:fill="3154A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421BDD" w14:textId="77777777" w:rsidR="001F35C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Aktiviteti</w:t>
            </w:r>
          </w:p>
        </w:tc>
        <w:tc>
          <w:tcPr>
            <w:tcW w:w="3528" w:type="dxa"/>
            <w:shd w:val="clear" w:color="auto" w:fill="3154A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33F833" w14:textId="77777777" w:rsidR="001F35C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Afati në plan</w:t>
            </w:r>
          </w:p>
        </w:tc>
      </w:tr>
      <w:tr w:rsidR="001F35C3" w14:paraId="5FC0662E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8D3333" w14:textId="77777777" w:rsidR="001F35C3" w:rsidRDefault="00000000">
            <w:pPr>
              <w:spacing w:after="0" w:line="240" w:lineRule="auto"/>
              <w:jc w:val="center"/>
            </w:pPr>
            <w:r>
              <w:t>A43</w:t>
            </w:r>
          </w:p>
        </w:tc>
        <w:tc>
          <w:tcPr>
            <w:tcW w:w="590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F207C4" w14:textId="77777777" w:rsidR="001F35C3" w:rsidRDefault="00000000">
            <w:pPr>
              <w:spacing w:after="0" w:line="240" w:lineRule="auto"/>
            </w:pPr>
            <w:r>
              <w:t>Maratona e Prishtinës / Kampionati i Kosovës</w:t>
            </w:r>
          </w:p>
        </w:tc>
        <w:tc>
          <w:tcPr>
            <w:tcW w:w="352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20B4AE" w14:textId="77777777" w:rsidR="001F35C3" w:rsidRDefault="00000000">
            <w:pPr>
              <w:spacing w:after="0" w:line="240" w:lineRule="auto"/>
              <w:jc w:val="center"/>
            </w:pPr>
            <w:r>
              <w:t>20.09.2026</w:t>
            </w:r>
          </w:p>
        </w:tc>
      </w:tr>
      <w:tr w:rsidR="001F35C3" w14:paraId="5D8C4392" w14:textId="77777777">
        <w:trPr>
          <w:cantSplit/>
          <w:jc w:val="center"/>
        </w:trPr>
        <w:tc>
          <w:tcPr>
            <w:tcW w:w="792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1CCCFF" w14:textId="77777777" w:rsidR="001F35C3" w:rsidRDefault="00000000">
            <w:pPr>
              <w:spacing w:after="0" w:line="240" w:lineRule="auto"/>
              <w:jc w:val="center"/>
            </w:pPr>
            <w:r>
              <w:t>A65</w:t>
            </w:r>
          </w:p>
        </w:tc>
        <w:tc>
          <w:tcPr>
            <w:tcW w:w="5904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F14E1F" w14:textId="77777777" w:rsidR="001F35C3" w:rsidRDefault="00000000">
            <w:pPr>
              <w:spacing w:after="0" w:line="240" w:lineRule="auto"/>
            </w:pPr>
            <w:r>
              <w:t>Mitingu 1 Tetorit</w:t>
            </w:r>
          </w:p>
        </w:tc>
        <w:tc>
          <w:tcPr>
            <w:tcW w:w="352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4EBBEC" w14:textId="77777777" w:rsidR="001F35C3" w:rsidRDefault="00000000">
            <w:pPr>
              <w:spacing w:after="0" w:line="240" w:lineRule="auto"/>
              <w:jc w:val="center"/>
            </w:pPr>
            <w:r>
              <w:t>Tetor; data për konfirmim</w:t>
            </w:r>
          </w:p>
        </w:tc>
      </w:tr>
      <w:tr w:rsidR="001F35C3" w14:paraId="52E325EA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09152C" w14:textId="77777777" w:rsidR="001F35C3" w:rsidRDefault="00000000">
            <w:pPr>
              <w:spacing w:after="0" w:line="240" w:lineRule="auto"/>
              <w:jc w:val="center"/>
            </w:pPr>
            <w:r>
              <w:t>A23</w:t>
            </w:r>
          </w:p>
        </w:tc>
        <w:tc>
          <w:tcPr>
            <w:tcW w:w="590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7E30B9" w14:textId="77777777" w:rsidR="001F35C3" w:rsidRDefault="00000000">
            <w:pPr>
              <w:spacing w:after="0" w:line="240" w:lineRule="auto"/>
            </w:pPr>
            <w:r>
              <w:t>Kampionati i Kosovës në Kros</w:t>
            </w:r>
          </w:p>
        </w:tc>
        <w:tc>
          <w:tcPr>
            <w:tcW w:w="352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1FE6B9" w14:textId="77777777" w:rsidR="001F35C3" w:rsidRDefault="00000000">
            <w:pPr>
              <w:spacing w:after="0" w:line="240" w:lineRule="auto"/>
              <w:jc w:val="center"/>
            </w:pPr>
            <w:r>
              <w:t>11.10.2026</w:t>
            </w:r>
          </w:p>
        </w:tc>
      </w:tr>
      <w:tr w:rsidR="001F35C3" w14:paraId="246A8C4C" w14:textId="77777777">
        <w:trPr>
          <w:cantSplit/>
          <w:jc w:val="center"/>
        </w:trPr>
        <w:tc>
          <w:tcPr>
            <w:tcW w:w="792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32729F" w14:textId="77777777" w:rsidR="001F35C3" w:rsidRDefault="00000000">
            <w:pPr>
              <w:spacing w:after="0" w:line="240" w:lineRule="auto"/>
              <w:jc w:val="center"/>
            </w:pPr>
            <w:r>
              <w:t>A36</w:t>
            </w:r>
          </w:p>
        </w:tc>
        <w:tc>
          <w:tcPr>
            <w:tcW w:w="5904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643E2F" w14:textId="77777777" w:rsidR="001F35C3" w:rsidRDefault="00000000">
            <w:pPr>
              <w:spacing w:after="0" w:line="240" w:lineRule="auto"/>
            </w:pPr>
            <w:r>
              <w:t>Ballkaniku i Gjysmëmaratonës, Apatin</w:t>
            </w:r>
          </w:p>
        </w:tc>
        <w:tc>
          <w:tcPr>
            <w:tcW w:w="352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B29E2B" w14:textId="77777777" w:rsidR="001F35C3" w:rsidRDefault="00000000">
            <w:pPr>
              <w:spacing w:after="0" w:line="240" w:lineRule="auto"/>
              <w:jc w:val="center"/>
            </w:pPr>
            <w:r>
              <w:t>19.10.2026</w:t>
            </w:r>
          </w:p>
        </w:tc>
      </w:tr>
      <w:tr w:rsidR="001F35C3" w14:paraId="6AF46302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950DB0" w14:textId="77777777" w:rsidR="001F35C3" w:rsidRDefault="00000000">
            <w:pPr>
              <w:spacing w:after="0" w:line="240" w:lineRule="auto"/>
              <w:jc w:val="center"/>
            </w:pPr>
            <w:r>
              <w:t>A63</w:t>
            </w:r>
          </w:p>
        </w:tc>
        <w:tc>
          <w:tcPr>
            <w:tcW w:w="590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3AD6C1" w14:textId="77777777" w:rsidR="001F35C3" w:rsidRDefault="00000000">
            <w:pPr>
              <w:spacing w:after="0" w:line="240" w:lineRule="auto"/>
            </w:pPr>
            <w:r>
              <w:t>Kongresi Ballkanik</w:t>
            </w:r>
          </w:p>
        </w:tc>
        <w:tc>
          <w:tcPr>
            <w:tcW w:w="352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4D7E55" w14:textId="77777777" w:rsidR="001F35C3" w:rsidRDefault="00000000">
            <w:pPr>
              <w:spacing w:after="0" w:line="240" w:lineRule="auto"/>
              <w:jc w:val="center"/>
            </w:pPr>
            <w:r>
              <w:t>Tetor 2026</w:t>
            </w:r>
          </w:p>
        </w:tc>
      </w:tr>
      <w:tr w:rsidR="001F35C3" w14:paraId="7F7587B1" w14:textId="77777777">
        <w:trPr>
          <w:cantSplit/>
          <w:jc w:val="center"/>
        </w:trPr>
        <w:tc>
          <w:tcPr>
            <w:tcW w:w="792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8745A7" w14:textId="77777777" w:rsidR="001F35C3" w:rsidRDefault="00000000">
            <w:pPr>
              <w:spacing w:after="0" w:line="240" w:lineRule="auto"/>
              <w:jc w:val="center"/>
            </w:pPr>
            <w:r>
              <w:t>A37</w:t>
            </w:r>
          </w:p>
        </w:tc>
        <w:tc>
          <w:tcPr>
            <w:tcW w:w="5904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87F04F" w14:textId="77777777" w:rsidR="001F35C3" w:rsidRDefault="00000000">
            <w:pPr>
              <w:spacing w:after="0" w:line="240" w:lineRule="auto"/>
            </w:pPr>
            <w:r>
              <w:t>Lojërat Olimpike për të Rinj</w:t>
            </w:r>
          </w:p>
        </w:tc>
        <w:tc>
          <w:tcPr>
            <w:tcW w:w="352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1ADBF7" w14:textId="77777777" w:rsidR="001F35C3" w:rsidRDefault="00000000">
            <w:pPr>
              <w:spacing w:after="0" w:line="240" w:lineRule="auto"/>
              <w:jc w:val="center"/>
            </w:pPr>
            <w:r>
              <w:t>31.10–13.11.2026</w:t>
            </w:r>
          </w:p>
        </w:tc>
      </w:tr>
      <w:tr w:rsidR="001F35C3" w14:paraId="4A23F590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E37FF8" w14:textId="77777777" w:rsidR="001F35C3" w:rsidRDefault="00000000">
            <w:pPr>
              <w:spacing w:after="0" w:line="240" w:lineRule="auto"/>
              <w:jc w:val="center"/>
            </w:pPr>
            <w:r>
              <w:t>A39</w:t>
            </w:r>
          </w:p>
        </w:tc>
        <w:tc>
          <w:tcPr>
            <w:tcW w:w="590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B131DF" w14:textId="77777777" w:rsidR="001F35C3" w:rsidRDefault="00000000">
            <w:pPr>
              <w:spacing w:after="0" w:line="240" w:lineRule="auto"/>
            </w:pPr>
            <w:r>
              <w:t>Ballkaniku në Kros</w:t>
            </w:r>
          </w:p>
        </w:tc>
        <w:tc>
          <w:tcPr>
            <w:tcW w:w="352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D31D9C" w14:textId="77777777" w:rsidR="001F35C3" w:rsidRDefault="00000000">
            <w:pPr>
              <w:spacing w:after="0" w:line="240" w:lineRule="auto"/>
              <w:jc w:val="center"/>
            </w:pPr>
            <w:r>
              <w:t>07.11.2026</w:t>
            </w:r>
          </w:p>
        </w:tc>
      </w:tr>
      <w:tr w:rsidR="001F35C3" w14:paraId="540EEC57" w14:textId="77777777">
        <w:trPr>
          <w:cantSplit/>
          <w:jc w:val="center"/>
        </w:trPr>
        <w:tc>
          <w:tcPr>
            <w:tcW w:w="792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9073F2" w14:textId="77777777" w:rsidR="001F35C3" w:rsidRDefault="00000000">
            <w:pPr>
              <w:spacing w:after="0" w:line="240" w:lineRule="auto"/>
              <w:jc w:val="center"/>
            </w:pPr>
            <w:r>
              <w:t>A66</w:t>
            </w:r>
          </w:p>
        </w:tc>
        <w:tc>
          <w:tcPr>
            <w:tcW w:w="5904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BCF491" w14:textId="77777777" w:rsidR="001F35C3" w:rsidRDefault="00000000">
            <w:pPr>
              <w:spacing w:after="0" w:line="240" w:lineRule="auto"/>
            </w:pPr>
            <w:r>
              <w:t>Vrapimi për 28 Nëntor</w:t>
            </w:r>
          </w:p>
        </w:tc>
        <w:tc>
          <w:tcPr>
            <w:tcW w:w="352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FF1680" w14:textId="77777777" w:rsidR="001F35C3" w:rsidRDefault="00000000">
            <w:pPr>
              <w:spacing w:after="0" w:line="240" w:lineRule="auto"/>
              <w:jc w:val="center"/>
            </w:pPr>
            <w:r>
              <w:t>Nëntor; data për konfirmim</w:t>
            </w:r>
          </w:p>
        </w:tc>
      </w:tr>
      <w:tr w:rsidR="001F35C3" w14:paraId="6E818FAE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8D9627" w14:textId="77777777" w:rsidR="001F35C3" w:rsidRDefault="00000000">
            <w:pPr>
              <w:spacing w:after="0" w:line="240" w:lineRule="auto"/>
              <w:jc w:val="center"/>
            </w:pPr>
            <w:r>
              <w:t>A64</w:t>
            </w:r>
          </w:p>
        </w:tc>
        <w:tc>
          <w:tcPr>
            <w:tcW w:w="590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C63A1F" w14:textId="77777777" w:rsidR="001F35C3" w:rsidRDefault="00000000">
            <w:pPr>
              <w:spacing w:after="0" w:line="240" w:lineRule="auto"/>
            </w:pPr>
            <w:r>
              <w:t>Konventa Evropiane</w:t>
            </w:r>
          </w:p>
        </w:tc>
        <w:tc>
          <w:tcPr>
            <w:tcW w:w="352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B09CF1" w14:textId="77777777" w:rsidR="001F35C3" w:rsidRDefault="00000000">
            <w:pPr>
              <w:spacing w:after="0" w:line="240" w:lineRule="auto"/>
              <w:jc w:val="center"/>
            </w:pPr>
            <w:r>
              <w:t>TM4; data për konfirmim</w:t>
            </w:r>
          </w:p>
        </w:tc>
      </w:tr>
      <w:tr w:rsidR="001F35C3" w14:paraId="1E73F70E" w14:textId="77777777">
        <w:trPr>
          <w:cantSplit/>
          <w:jc w:val="center"/>
        </w:trPr>
        <w:tc>
          <w:tcPr>
            <w:tcW w:w="792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720702" w14:textId="77777777" w:rsidR="001F35C3" w:rsidRDefault="00000000">
            <w:pPr>
              <w:spacing w:after="0" w:line="240" w:lineRule="auto"/>
              <w:jc w:val="center"/>
            </w:pPr>
            <w:r>
              <w:t>A52</w:t>
            </w:r>
          </w:p>
        </w:tc>
        <w:tc>
          <w:tcPr>
            <w:tcW w:w="5904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83E138" w14:textId="77777777" w:rsidR="001F35C3" w:rsidRDefault="00000000">
            <w:pPr>
              <w:spacing w:after="0" w:line="240" w:lineRule="auto"/>
            </w:pPr>
            <w:r>
              <w:t>Laureatët e vitit 2026</w:t>
            </w:r>
          </w:p>
        </w:tc>
        <w:tc>
          <w:tcPr>
            <w:tcW w:w="3528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64072C" w14:textId="77777777" w:rsidR="001F35C3" w:rsidRDefault="00000000">
            <w:pPr>
              <w:spacing w:after="0" w:line="240" w:lineRule="auto"/>
              <w:jc w:val="center"/>
            </w:pPr>
            <w:r>
              <w:t>15.12.2026</w:t>
            </w:r>
          </w:p>
        </w:tc>
      </w:tr>
    </w:tbl>
    <w:p w14:paraId="61D9A648" w14:textId="77777777" w:rsidR="001F35C3" w:rsidRDefault="001F35C3">
      <w:pPr>
        <w:spacing w:after="0"/>
      </w:pPr>
    </w:p>
    <w:p w14:paraId="75CCFBF5" w14:textId="77777777" w:rsidR="001F35C3" w:rsidRDefault="00000000">
      <w:pPr>
        <w:pStyle w:val="Heading2"/>
      </w:pPr>
      <w:r>
        <w:t>Si plotësohet raporti i fundvitit</w:t>
      </w:r>
    </w:p>
    <w:p w14:paraId="53EAE41B" w14:textId="77777777" w:rsidR="001F35C3" w:rsidRDefault="00000000">
      <w:r>
        <w:t>Të shtohen raportet e shtatorit pas datës 12 dhe të muajve tetor–dhjetor. Mitingu 1 Tetorit dhe Vrapimi për 28 Nëntor janë gjetur si emërtime aktivitetesh në fletën F2; datat e sakta kërkojnë konfirmim. Emri i garës nuk është provë se ajo është mbajtur pikërisht në datën e emrit.</w:t>
      </w:r>
    </w:p>
    <w:p w14:paraId="753DD49E" w14:textId="77777777" w:rsidR="001F35C3" w:rsidRDefault="00000000">
      <w:r>
        <w:t>Maratona është bashkuar në një zë edhe kur plani e përsërit në kategoritë e veteranëve dhe turizmit sportiv. Vrapimi për 28 Nëntor është bashkuar me përsëritjen për veteranët.</w:t>
      </w:r>
    </w:p>
    <w:p w14:paraId="6012B86B" w14:textId="77777777" w:rsidR="001F35C3" w:rsidRDefault="00000000">
      <w:r>
        <w:t>Për Kongresin Ballkanik, plani jep “Tetor 2026” por shënon TM3; tetori i përket TM4. Të korrigjohet tremujori dhe të plotësohen pjesëmarrësit e rezultatet e takimit.</w:t>
      </w:r>
    </w:p>
    <w:p w14:paraId="4939C700" w14:textId="77777777" w:rsidR="001F35C3" w:rsidRDefault="00000000">
      <w:r>
        <w:br w:type="page"/>
      </w:r>
    </w:p>
    <w:p w14:paraId="48941494" w14:textId="77777777" w:rsidR="001F35C3" w:rsidRDefault="00000000">
      <w:pPr>
        <w:pStyle w:val="Heading1"/>
      </w:pPr>
      <w:r>
        <w:lastRenderedPageBreak/>
        <w:t>6. Qeverisja, pajisjet dhe cilësia e të dhënave</w:t>
      </w:r>
    </w:p>
    <w:p w14:paraId="73E659D7" w14:textId="77777777" w:rsidR="001F35C3" w:rsidRDefault="00000000">
      <w:pPr>
        <w:pStyle w:val="Heading2"/>
      </w:pPr>
      <w:r>
        <w:t>Masat administrative dhe teknike</w:t>
      </w:r>
    </w:p>
    <w:p w14:paraId="67117268" w14:textId="77777777" w:rsidR="001F35C3" w:rsidRDefault="00000000">
      <w:r>
        <w:t>Pa dëshmi të veçantë në raport janë: harmonizimi i strategjisë (A01), promovimi i strategjisë dhe akteve (A02), monitorimi i politikave dhe të dhënave të klubeve (A07), promovimi i sigurisë dhe mbrojtjes (A08), përditësimi i uebfaqes (A09) dhe mbledhjet e Bordit (A10). Nevojiten dokumentet, publikimet, procesverbalet dhe datat përkatëse.</w:t>
      </w:r>
    </w:p>
    <w:p w14:paraId="235EEFCD" w14:textId="77777777" w:rsidR="001F35C3" w:rsidRDefault="00000000">
      <w:r>
        <w:t>Për uniformat (A44), matësin e shpejtësisë së erës (A45), pajisjet profesionale (A46) dhe monitorin e rezultateve (A47), duhet evidenca e dorëzimit dhe përdorimit. Matja elektronike e kohës e përmendur në gara nuk provon automatikisht përdorimin e matësit të erës apo monitorit.</w:t>
      </w:r>
    </w:p>
    <w:p w14:paraId="0C225428" w14:textId="77777777" w:rsidR="001F35C3" w:rsidRDefault="00000000">
      <w:r>
        <w:t>Kuizi për shkollat (A50) dhe pjesëmarrja në konferencën CEO (A62) kërkojnë konfirmim. Në plan nuk kanë afat të përcaktuar.</w:t>
      </w:r>
    </w:p>
    <w:p w14:paraId="1C033D5A" w14:textId="77777777" w:rsidR="001F35C3" w:rsidRDefault="00000000">
      <w:pPr>
        <w:pStyle w:val="Heading2"/>
      </w:pPr>
      <w:r>
        <w:t>Ceremonia e laureatëve 2025</w:t>
      </w:r>
    </w:p>
    <w:p w14:paraId="43556FB9" w14:textId="77777777" w:rsidR="001F35C3" w:rsidRDefault="00000000">
      <w:r>
        <w:t>A51 • Ceremonia dokumentohet: mbi 150 mysafirë dhe një listë prej 86 personash janë tregues të ndryshëm. Plani jep 12 shkurt 2026 në Junik; raporti e vendos në Prishtinë dhe emri i burimit jep 13 shkurt 2026, ndërsa teksti ka edhe 13 shkurt 2025. Data dhe lokacioni duhet të harmonizohen.</w:t>
      </w:r>
    </w:p>
    <w:p w14:paraId="3FABF7BB" w14:textId="77777777" w:rsidR="001F35C3" w:rsidRDefault="00000000">
      <w:pPr>
        <w:pStyle w:val="Heading2"/>
      </w:pPr>
      <w:r>
        <w:t>Korrigjimet me përparësi</w:t>
      </w:r>
    </w:p>
    <w:p w14:paraId="434B8D83" w14:textId="77777777" w:rsidR="001F35C3" w:rsidRDefault="00000000">
      <w:pPr>
        <w:pStyle w:val="ListBullet"/>
      </w:pPr>
      <w:r>
        <w:t>Datat e garave: të verifikohen ndryshimet e evidentuara në tabelat vendore, sidomos Kupa Senior dhe Mitingu 2 Korriku; për kampionatin e pionierëve mungon data në raport. Narrativa e Seniorëve jep edhe 26–28 qershor.</w:t>
      </w:r>
    </w:p>
    <w:p w14:paraId="4480A67E" w14:textId="77777777" w:rsidR="001F35C3" w:rsidRDefault="00000000">
      <w:pPr>
        <w:pStyle w:val="ListBullet"/>
      </w:pPr>
      <w:r>
        <w:t>Lokacionet: plani ka Sofje në emërtim dhe Beograd në qelizën L64; për Pavarësinë ka Podujevë në L106 dhe Junik në L116. Për Mitingun 2 Korriku plani jep Mitrovicë, ndërsa evidenca teknike lidhet me Malishevën.</w:t>
      </w:r>
    </w:p>
    <w:p w14:paraId="168009B1" w14:textId="77777777" w:rsidR="001F35C3" w:rsidRDefault="00000000">
      <w:pPr>
        <w:pStyle w:val="ListBullet"/>
      </w:pPr>
      <w:r>
        <w:t>Listat e pjesëmarrjes: të harmonizohen shifrat e Tivarit dhe të dallohen atletët e regjistruar, atletët me rezultat dhe startimet në disiplina.</w:t>
      </w:r>
    </w:p>
    <w:p w14:paraId="49007D94" w14:textId="77777777" w:rsidR="001F35C3" w:rsidRDefault="00000000">
      <w:pPr>
        <w:pStyle w:val="ListBullet"/>
      </w:pPr>
      <w:r>
        <w:t>Synimet: përshkrimi i Birminghamit në I74 i referohet garës në sallë; synimi i Lojërave Olimpike për të Rinj në I77 nuk përputhet me emrin dhe grupmoshën e aktivitetit.</w:t>
      </w:r>
    </w:p>
    <w:p w14:paraId="32DE6C09" w14:textId="77777777" w:rsidR="001F35C3" w:rsidRDefault="00000000">
      <w:r>
        <w:t>Këto mospërputhje janë çështje të dokumentacionit. Pa protokollet përfundimtare nuk mund të përcaktohet nëse kemi riplanifikim apo gabim në shënim.</w:t>
      </w:r>
    </w:p>
    <w:p w14:paraId="19E363DF" w14:textId="77777777" w:rsidR="001F35C3" w:rsidRDefault="00000000">
      <w:r>
        <w:br w:type="page"/>
      </w:r>
    </w:p>
    <w:p w14:paraId="437B2A3E" w14:textId="77777777" w:rsidR="001F35C3" w:rsidRDefault="00000000">
      <w:pPr>
        <w:pStyle w:val="Heading1"/>
      </w:pPr>
      <w:r>
        <w:lastRenderedPageBreak/>
        <w:t>7. Rezultatet shtesë dhe përditësimi i krahasimit</w:t>
      </w:r>
    </w:p>
    <w:p w14:paraId="67106A42" w14:textId="77777777" w:rsidR="001F35C3" w:rsidRDefault="00000000">
      <w:r>
        <w:t>Raporti evidenton edhe gjashtë rezultate nga gara që nuk janë emërtuar veçmas në plan. Ato mund të mbulohen nga programe të përgjithshme; kjo nuk i bën automatikisht aktivitete të pamiratuara.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656"/>
        <w:gridCol w:w="3744"/>
        <w:gridCol w:w="4824"/>
      </w:tblGrid>
      <w:tr w:rsidR="001F35C3" w14:paraId="68B5EAC1" w14:textId="77777777">
        <w:trPr>
          <w:cantSplit/>
          <w:tblHeader/>
          <w:jc w:val="center"/>
        </w:trPr>
        <w:tc>
          <w:tcPr>
            <w:tcW w:w="1656" w:type="dxa"/>
            <w:shd w:val="clear" w:color="auto" w:fill="3154A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C948BB" w14:textId="77777777" w:rsidR="001F35C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Data</w:t>
            </w:r>
          </w:p>
        </w:tc>
        <w:tc>
          <w:tcPr>
            <w:tcW w:w="3744" w:type="dxa"/>
            <w:shd w:val="clear" w:color="auto" w:fill="3154A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F81734" w14:textId="77777777" w:rsidR="001F35C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Gara / vendi</w:t>
            </w:r>
          </w:p>
        </w:tc>
        <w:tc>
          <w:tcPr>
            <w:tcW w:w="4824" w:type="dxa"/>
            <w:shd w:val="clear" w:color="auto" w:fill="3154A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9F2E0A" w14:textId="77777777" w:rsidR="001F35C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Rezultati</w:t>
            </w:r>
          </w:p>
        </w:tc>
      </w:tr>
      <w:tr w:rsidR="001F35C3" w14:paraId="30F464AD" w14:textId="77777777">
        <w:trPr>
          <w:cantSplit/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FBE600" w14:textId="77777777" w:rsidR="001F35C3" w:rsidRDefault="00000000">
            <w:pPr>
              <w:spacing w:after="0" w:line="240" w:lineRule="auto"/>
              <w:jc w:val="center"/>
            </w:pPr>
            <w:r>
              <w:t>17.05.2026</w:t>
            </w:r>
          </w:p>
        </w:tc>
        <w:tc>
          <w:tcPr>
            <w:tcW w:w="374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B35974" w14:textId="77777777" w:rsidR="001F35C3" w:rsidRDefault="00000000">
            <w:pPr>
              <w:spacing w:after="0" w:line="240" w:lineRule="auto"/>
            </w:pPr>
            <w:r>
              <w:t>Pliezhausen, Gjermani</w:t>
            </w:r>
          </w:p>
        </w:tc>
        <w:tc>
          <w:tcPr>
            <w:tcW w:w="482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7B8D9C" w14:textId="77777777" w:rsidR="001F35C3" w:rsidRDefault="00000000">
            <w:pPr>
              <w:spacing w:after="0" w:line="240" w:lineRule="auto"/>
            </w:pPr>
            <w:r>
              <w:t>Leon Thaqi, 600 m 1:17.39</w:t>
            </w:r>
          </w:p>
        </w:tc>
      </w:tr>
      <w:tr w:rsidR="001F35C3" w14:paraId="4BD9BE96" w14:textId="77777777">
        <w:trPr>
          <w:cantSplit/>
          <w:jc w:val="center"/>
        </w:trPr>
        <w:tc>
          <w:tcPr>
            <w:tcW w:w="1656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C713DF" w14:textId="77777777" w:rsidR="001F35C3" w:rsidRDefault="00000000">
            <w:pPr>
              <w:spacing w:after="0" w:line="240" w:lineRule="auto"/>
              <w:jc w:val="center"/>
            </w:pPr>
            <w:r>
              <w:t>20.05.2026</w:t>
            </w:r>
          </w:p>
        </w:tc>
        <w:tc>
          <w:tcPr>
            <w:tcW w:w="3744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520F61" w14:textId="77777777" w:rsidR="001F35C3" w:rsidRDefault="00000000">
            <w:pPr>
              <w:spacing w:after="0" w:line="240" w:lineRule="auto"/>
            </w:pPr>
            <w:r>
              <w:t>Nerja, Spanjë</w:t>
            </w:r>
          </w:p>
        </w:tc>
        <w:tc>
          <w:tcPr>
            <w:tcW w:w="4824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24CD04" w14:textId="77777777" w:rsidR="001F35C3" w:rsidRDefault="00000000">
            <w:pPr>
              <w:spacing w:after="0" w:line="240" w:lineRule="auto"/>
            </w:pPr>
            <w:r>
              <w:t>Gresa Bakraçi, 1500 m 4:14.74</w:t>
            </w:r>
          </w:p>
        </w:tc>
      </w:tr>
      <w:tr w:rsidR="001F35C3" w14:paraId="26F215B7" w14:textId="77777777">
        <w:trPr>
          <w:cantSplit/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7159CE" w14:textId="77777777" w:rsidR="001F35C3" w:rsidRDefault="00000000">
            <w:pPr>
              <w:spacing w:after="0" w:line="240" w:lineRule="auto"/>
              <w:jc w:val="center"/>
            </w:pPr>
            <w:r>
              <w:t>29.05.2026</w:t>
            </w:r>
          </w:p>
        </w:tc>
        <w:tc>
          <w:tcPr>
            <w:tcW w:w="374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8F2175" w14:textId="77777777" w:rsidR="001F35C3" w:rsidRDefault="00000000">
            <w:pPr>
              <w:spacing w:after="0" w:line="240" w:lineRule="auto"/>
            </w:pPr>
            <w:r>
              <w:t>Lunéville, Francë</w:t>
            </w:r>
          </w:p>
        </w:tc>
        <w:tc>
          <w:tcPr>
            <w:tcW w:w="482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035573" w14:textId="77777777" w:rsidR="001F35C3" w:rsidRDefault="00000000">
            <w:pPr>
              <w:spacing w:after="0" w:line="240" w:lineRule="auto"/>
            </w:pPr>
            <w:r>
              <w:t>Nartila Gega, disk 43.08 m</w:t>
            </w:r>
          </w:p>
        </w:tc>
      </w:tr>
      <w:tr w:rsidR="001F35C3" w14:paraId="7E2DFA3A" w14:textId="77777777">
        <w:trPr>
          <w:cantSplit/>
          <w:jc w:val="center"/>
        </w:trPr>
        <w:tc>
          <w:tcPr>
            <w:tcW w:w="1656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37C78D" w14:textId="77777777" w:rsidR="001F35C3" w:rsidRDefault="00000000">
            <w:pPr>
              <w:spacing w:after="0" w:line="240" w:lineRule="auto"/>
              <w:jc w:val="center"/>
            </w:pPr>
            <w:r>
              <w:t>10.06.2026</w:t>
            </w:r>
          </w:p>
        </w:tc>
        <w:tc>
          <w:tcPr>
            <w:tcW w:w="3744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EF3D4B" w14:textId="77777777" w:rsidR="001F35C3" w:rsidRDefault="00000000">
            <w:pPr>
              <w:spacing w:after="0" w:line="240" w:lineRule="auto"/>
            </w:pPr>
            <w:r>
              <w:t>Celje</w:t>
            </w:r>
          </w:p>
        </w:tc>
        <w:tc>
          <w:tcPr>
            <w:tcW w:w="4824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0F549F" w14:textId="77777777" w:rsidR="001F35C3" w:rsidRDefault="00000000">
            <w:pPr>
              <w:spacing w:after="0" w:line="240" w:lineRule="auto"/>
            </w:pPr>
            <w:r>
              <w:t>Gresa Bakraçi, 1 milje 4:43.71</w:t>
            </w:r>
          </w:p>
        </w:tc>
      </w:tr>
      <w:tr w:rsidR="001F35C3" w14:paraId="46630A2C" w14:textId="77777777">
        <w:trPr>
          <w:cantSplit/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E57231" w14:textId="77777777" w:rsidR="001F35C3" w:rsidRDefault="00000000">
            <w:pPr>
              <w:spacing w:after="0" w:line="240" w:lineRule="auto"/>
              <w:jc w:val="center"/>
            </w:pPr>
            <w:r>
              <w:t>24.06.2026</w:t>
            </w:r>
          </w:p>
        </w:tc>
        <w:tc>
          <w:tcPr>
            <w:tcW w:w="374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5A9A98" w14:textId="77777777" w:rsidR="001F35C3" w:rsidRDefault="00000000">
            <w:pPr>
              <w:spacing w:after="0" w:line="240" w:lineRule="auto"/>
            </w:pPr>
            <w:r>
              <w:t>Berlin</w:t>
            </w:r>
          </w:p>
        </w:tc>
        <w:tc>
          <w:tcPr>
            <w:tcW w:w="4824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E9760F" w14:textId="77777777" w:rsidR="001F35C3" w:rsidRDefault="00000000">
            <w:pPr>
              <w:spacing w:after="0" w:line="240" w:lineRule="auto"/>
            </w:pPr>
            <w:r>
              <w:t>Erisë Avdullahu, 1000 m 2:56.06</w:t>
            </w:r>
          </w:p>
        </w:tc>
      </w:tr>
      <w:tr w:rsidR="001F35C3" w14:paraId="707F494D" w14:textId="77777777">
        <w:trPr>
          <w:cantSplit/>
          <w:jc w:val="center"/>
        </w:trPr>
        <w:tc>
          <w:tcPr>
            <w:tcW w:w="1656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8A030A" w14:textId="77777777" w:rsidR="001F35C3" w:rsidRDefault="00000000">
            <w:pPr>
              <w:spacing w:after="0" w:line="240" w:lineRule="auto"/>
              <w:jc w:val="center"/>
            </w:pPr>
            <w:r>
              <w:t>01.07.2026</w:t>
            </w:r>
          </w:p>
        </w:tc>
        <w:tc>
          <w:tcPr>
            <w:tcW w:w="3744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A3744B" w14:textId="77777777" w:rsidR="001F35C3" w:rsidRDefault="00000000">
            <w:pPr>
              <w:spacing w:after="0" w:line="240" w:lineRule="auto"/>
            </w:pPr>
            <w:r>
              <w:t>Kupa e Ikonave, Shkodër</w:t>
            </w:r>
          </w:p>
        </w:tc>
        <w:tc>
          <w:tcPr>
            <w:tcW w:w="4824" w:type="dxa"/>
            <w:shd w:val="clear" w:color="auto" w:fill="EF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B13D08" w14:textId="77777777" w:rsidR="001F35C3" w:rsidRDefault="00000000">
            <w:pPr>
              <w:spacing w:after="0" w:line="240" w:lineRule="auto"/>
            </w:pPr>
            <w:r>
              <w:t>Bardh Telaku, 200 m 22.32</w:t>
            </w:r>
          </w:p>
        </w:tc>
      </w:tr>
    </w:tbl>
    <w:p w14:paraId="5E2BF04E" w14:textId="77777777" w:rsidR="001F35C3" w:rsidRDefault="001F35C3">
      <w:pPr>
        <w:spacing w:after="0"/>
      </w:pPr>
    </w:p>
    <w:p w14:paraId="56AEB860" w14:textId="77777777" w:rsidR="001F35C3" w:rsidRDefault="00000000">
      <w:pPr>
        <w:pStyle w:val="Heading2"/>
      </w:pPr>
      <w:r>
        <w:t>Vlerësimi i synimeve</w:t>
      </w:r>
    </w:p>
    <w:p w14:paraId="07E42521" w14:textId="77777777" w:rsidR="001F35C3" w:rsidRDefault="00000000">
      <w:r>
        <w:t>Plani përmban kryesisht synime cilësore dhe nuk përcakton numër të synuar atletësh për shumicën e garave. Prandaj pjesëmarrja e raportuar nuk mund të krahasohet me një objektiv numerik të paqartë. Synimi “mbi 15 klube” në kampin rinor është i shprehur, por raporti nuk jep numrin e klubeve.</w:t>
      </w:r>
    </w:p>
    <w:p w14:paraId="567105D4" w14:textId="77777777" w:rsidR="001F35C3" w:rsidRDefault="00000000">
      <w:r>
        <w:t>Nuk llogaritet përqindje e përgjithshme e realizimit: zërat përfshijnë gara, masa administrative dhe programe, ndërsa një aktivitet mund të japë dëshmi për disa masa. Po ashtu, numrat e atletëve nga gara të ndryshme nuk përfaqësojnë atletë unikë të vitit.</w:t>
      </w:r>
    </w:p>
    <w:p w14:paraId="48F9819D" w14:textId="77777777" w:rsidR="001F35C3" w:rsidRDefault="00000000">
      <w:pPr>
        <w:pStyle w:val="Heading2"/>
      </w:pPr>
      <w:r>
        <w:t>Hapat për versionin përfundimtar</w:t>
      </w:r>
    </w:p>
    <w:p w14:paraId="26EE3795" w14:textId="77777777" w:rsidR="001F35C3" w:rsidRDefault="00000000">
      <w:pPr>
        <w:pStyle w:val="ListBullet"/>
      </w:pPr>
      <w:r>
        <w:t>Të plotësohen aktivitetet pas 12 shtatorit dhe raportet që mungojnë për aktivitetet brenda periudhës së mbuluar.</w:t>
      </w:r>
    </w:p>
    <w:p w14:paraId="1BD716EA" w14:textId="77777777" w:rsidR="001F35C3" w:rsidRDefault="00000000">
      <w:pPr>
        <w:pStyle w:val="ListBullet"/>
      </w:pPr>
      <w:r>
        <w:t>Të konfirmohen datat, lokacionet dhe delegacionet; të lidhet çdo ndryshim me protokollin ose vendimin përkatës.</w:t>
      </w:r>
    </w:p>
    <w:p w14:paraId="2596C2EF" w14:textId="77777777" w:rsidR="001F35C3" w:rsidRDefault="00000000">
      <w:pPr>
        <w:pStyle w:val="ListBullet"/>
      </w:pPr>
      <w:r>
        <w:t>Në Excel, të përditësohen statusi dhe kolona “Çfarë duhet plotësuar” me evidencën e re. Numërimi i statuseve përditësohet automatikisht.</w:t>
      </w:r>
    </w:p>
    <w:p w14:paraId="23C11FF2" w14:textId="77777777" w:rsidR="001F35C3" w:rsidRDefault="00000000">
      <w:pPr>
        <w:pStyle w:val="ListBullet"/>
      </w:pPr>
      <w:r>
        <w:t>Për planin e ardhshëm, të përcaktohen tregues të matshëm: atletë, klube, shkolla, trajnime, medalje dhe dokumente të miratuara.</w:t>
      </w:r>
    </w:p>
    <w:p w14:paraId="42F34794" w14:textId="77777777" w:rsidR="001F35C3" w:rsidRDefault="00000000">
      <w:pPr>
        <w:pStyle w:val="Heading2"/>
      </w:pPr>
      <w:r>
        <w:t>Burimet dhe gjurmueshmëria</w:t>
      </w:r>
    </w:p>
    <w:p w14:paraId="0A0DC93E" w14:textId="77777777" w:rsidR="001F35C3" w:rsidRDefault="00000000">
      <w:r>
        <w:t>Raporti: Raporti-FAK-2026-Final.docx. Plani: 2. Plani i aktiviteteve dhe plani i Buxhetit-2026 final 2 FAK-u (2).xlsx. Janë përdorur aktivitetet e fletës F1 dhe vetëm emërtimet e tri aktiviteteve shtesë nga F2; nuk janë analizuar vlera financiare.</w:t>
      </w:r>
    </w:p>
    <w:p w14:paraId="4DEE0625" w14:textId="77777777" w:rsidR="001F35C3" w:rsidRDefault="00000000">
      <w:r>
        <w:t>ID-të A01–A67 në këtë dokument lidhen me të njëjtët zëra në Excel. Kolona “Burimi” jep rreshtin e planit dhe kapitullin e raportit, kur ka dëshmi. TM1–TM4 = tremujorët e vitit. Analiza bazohet vetëm në dy dokumentet e dorëzuara.</w:t>
      </w:r>
    </w:p>
    <w:sectPr w:rsidR="001F35C3" w:rsidSect="00034616">
      <w:footerReference w:type="default" r:id="rId8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D3D61" w14:textId="77777777" w:rsidR="00B26363" w:rsidRDefault="00B26363">
      <w:pPr>
        <w:spacing w:after="0" w:line="240" w:lineRule="auto"/>
      </w:pPr>
      <w:r>
        <w:separator/>
      </w:r>
    </w:p>
  </w:endnote>
  <w:endnote w:type="continuationSeparator" w:id="0">
    <w:p w14:paraId="7A6DFAC1" w14:textId="77777777" w:rsidR="00B26363" w:rsidRDefault="00B26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50AE1" w14:textId="77777777" w:rsidR="001F35C3" w:rsidRDefault="00000000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 w:rsidR="00EC1AB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36635" w14:textId="77777777" w:rsidR="00B26363" w:rsidRDefault="00B26363">
      <w:pPr>
        <w:spacing w:after="0" w:line="240" w:lineRule="auto"/>
      </w:pPr>
      <w:r>
        <w:separator/>
      </w:r>
    </w:p>
  </w:footnote>
  <w:footnote w:type="continuationSeparator" w:id="0">
    <w:p w14:paraId="51B566C3" w14:textId="77777777" w:rsidR="00B26363" w:rsidRDefault="00B263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0430765">
    <w:abstractNumId w:val="8"/>
  </w:num>
  <w:num w:numId="2" w16cid:durableId="200094261">
    <w:abstractNumId w:val="6"/>
  </w:num>
  <w:num w:numId="3" w16cid:durableId="1559972393">
    <w:abstractNumId w:val="5"/>
  </w:num>
  <w:num w:numId="4" w16cid:durableId="33771921">
    <w:abstractNumId w:val="4"/>
  </w:num>
  <w:num w:numId="5" w16cid:durableId="1886286578">
    <w:abstractNumId w:val="7"/>
  </w:num>
  <w:num w:numId="6" w16cid:durableId="837883563">
    <w:abstractNumId w:val="3"/>
  </w:num>
  <w:num w:numId="7" w16cid:durableId="148329786">
    <w:abstractNumId w:val="2"/>
  </w:num>
  <w:num w:numId="8" w16cid:durableId="2105610985">
    <w:abstractNumId w:val="1"/>
  </w:num>
  <w:num w:numId="9" w16cid:durableId="1350378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35C3"/>
    <w:rsid w:val="0029639D"/>
    <w:rsid w:val="00326F90"/>
    <w:rsid w:val="00433FB8"/>
    <w:rsid w:val="007D1582"/>
    <w:rsid w:val="008140B1"/>
    <w:rsid w:val="00AA1D8D"/>
    <w:rsid w:val="00B26363"/>
    <w:rsid w:val="00B47730"/>
    <w:rsid w:val="00CB0664"/>
    <w:rsid w:val="00EC1AB6"/>
    <w:rsid w:val="00F05C4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C33686"/>
  <w14:defaultImageDpi w14:val="300"/>
  <w15:docId w15:val="{78362C32-FAA2-4431-8D74-957069DD4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rial" w:hAnsi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200"/>
      <w:outlineLvl w:val="0"/>
    </w:pPr>
    <w:rPr>
      <w:rFonts w:asciiTheme="majorHAnsi" w:eastAsiaTheme="majorEastAsia" w:hAnsiTheme="majorHAnsi" w:cstheme="majorBidi"/>
      <w:b/>
      <w:bCs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2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b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2012</Words>
  <Characters>11473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 — Krahasimi i planit dhe raportit të punës 2026</dc:title>
  <dc:subject>Krahasim i aktiviteteve, programeve dhe rezultateve; pa analizë financiare</dc:subject>
  <dc:creator>Federata Atletike e Kosovës</dc:creator>
  <cp:keywords/>
  <dc:description>generated by python-docx</dc:description>
  <cp:lastModifiedBy>Gazi Renaku</cp:lastModifiedBy>
  <cp:revision>2</cp:revision>
  <dcterms:created xsi:type="dcterms:W3CDTF">2026-10-08T14:01:00Z</dcterms:created>
  <dcterms:modified xsi:type="dcterms:W3CDTF">2026-10-08T14:01:00Z</dcterms:modified>
  <cp:category/>
</cp:coreProperties>
</file>