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1248BC53" w14:textId="77777777" w:rsidR="006E57AD" w:rsidRDefault="003F4F19" w:rsidP="006E57AD">
      <w:pPr>
        <w:jc w:val="center"/>
      </w:pPr>
      <w:r>
        <w:br/>
      </w:r>
      <w:r w:rsidR="006E57AD">
        <w:rPr>
          <w:b/>
          <w:sz w:val="32"/>
        </w:rPr>
        <w:t>VENDIM</w:t>
      </w:r>
    </w:p>
    <w:p w14:paraId="019EB326" w14:textId="77777777" w:rsidR="00D4609E" w:rsidRDefault="00D4609E" w:rsidP="00D4609E">
      <w:pPr>
        <w:jc w:val="center"/>
      </w:pPr>
      <w:r>
        <w:rPr>
          <w:b/>
        </w:rPr>
        <w:t>MIRATIMI I NDRYSHIMEVE DHE PLOTËSIMEVE TË STATUTIT</w:t>
      </w:r>
    </w:p>
    <w:p w14:paraId="404B5BCC" w14:textId="77777777" w:rsidR="00D4609E" w:rsidRPr="00D4609E" w:rsidRDefault="00D4609E" w:rsidP="00D4609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D4609E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D4609E">
        <w:rPr>
          <w:rFonts w:ascii="Arial" w:hAnsi="Arial" w:cs="Arial"/>
          <w:sz w:val="24"/>
          <w:szCs w:val="24"/>
        </w:rPr>
        <w:t>mbështetje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vendimmarrjes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së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Kuvendit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Kosovës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evidentuar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D4609E">
        <w:rPr>
          <w:rFonts w:ascii="Arial" w:hAnsi="Arial" w:cs="Arial"/>
          <w:sz w:val="24"/>
          <w:szCs w:val="24"/>
        </w:rPr>
        <w:t>procesverbalin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D4609E">
        <w:rPr>
          <w:rFonts w:ascii="Arial" w:hAnsi="Arial" w:cs="Arial"/>
          <w:sz w:val="24"/>
          <w:szCs w:val="24"/>
        </w:rPr>
        <w:t>mbledhjes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së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datës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D4609E">
        <w:rPr>
          <w:rFonts w:ascii="Arial" w:hAnsi="Arial" w:cs="Arial"/>
          <w:sz w:val="24"/>
          <w:szCs w:val="24"/>
        </w:rPr>
        <w:t>Kuvendi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nxjerr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këtë</w:t>
      </w:r>
      <w:proofErr w:type="spellEnd"/>
      <w:r w:rsidRPr="00D4609E">
        <w:rPr>
          <w:rFonts w:ascii="Arial" w:hAnsi="Arial" w:cs="Arial"/>
          <w:sz w:val="24"/>
          <w:szCs w:val="24"/>
        </w:rPr>
        <w:t>:</w:t>
      </w:r>
    </w:p>
    <w:p w14:paraId="260D7448" w14:textId="77777777" w:rsidR="00D4609E" w:rsidRPr="00D4609E" w:rsidRDefault="00D4609E" w:rsidP="00D4609E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D4609E">
        <w:rPr>
          <w:rFonts w:ascii="Arial" w:hAnsi="Arial" w:cs="Arial"/>
          <w:b/>
          <w:sz w:val="24"/>
          <w:szCs w:val="24"/>
        </w:rPr>
        <w:t xml:space="preserve">Pika 1. </w:t>
      </w:r>
      <w:proofErr w:type="spellStart"/>
      <w:r w:rsidRPr="00D4609E">
        <w:rPr>
          <w:rFonts w:ascii="Arial" w:hAnsi="Arial" w:cs="Arial"/>
          <w:sz w:val="24"/>
          <w:szCs w:val="24"/>
        </w:rPr>
        <w:t>Miratohen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ndryshimet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dhe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plotësimet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D4609E">
        <w:rPr>
          <w:rFonts w:ascii="Arial" w:hAnsi="Arial" w:cs="Arial"/>
          <w:sz w:val="24"/>
          <w:szCs w:val="24"/>
        </w:rPr>
        <w:t>Statutit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Kosovës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609E">
        <w:rPr>
          <w:rFonts w:ascii="Arial" w:hAnsi="Arial" w:cs="Arial"/>
          <w:sz w:val="24"/>
          <w:szCs w:val="24"/>
        </w:rPr>
        <w:t>sipas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tekstit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shqyrtuar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dhe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miratuar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nga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Kuvendi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më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25.03.2025.</w:t>
      </w:r>
    </w:p>
    <w:p w14:paraId="6D32C4EC" w14:textId="77777777" w:rsidR="00D4609E" w:rsidRPr="00D4609E" w:rsidRDefault="00D4609E" w:rsidP="00D4609E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D4609E">
        <w:rPr>
          <w:rFonts w:ascii="Arial" w:hAnsi="Arial" w:cs="Arial"/>
          <w:b/>
          <w:sz w:val="24"/>
          <w:szCs w:val="24"/>
        </w:rPr>
        <w:t xml:space="preserve">Pika 2. </w:t>
      </w:r>
      <w:proofErr w:type="spellStart"/>
      <w:r w:rsidRPr="00D4609E">
        <w:rPr>
          <w:rFonts w:ascii="Arial" w:hAnsi="Arial" w:cs="Arial"/>
          <w:sz w:val="24"/>
          <w:szCs w:val="24"/>
        </w:rPr>
        <w:t>Statuti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miratuar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vitit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2025 </w:t>
      </w:r>
      <w:proofErr w:type="spellStart"/>
      <w:r w:rsidRPr="00D4609E">
        <w:rPr>
          <w:rFonts w:ascii="Arial" w:hAnsi="Arial" w:cs="Arial"/>
          <w:sz w:val="24"/>
          <w:szCs w:val="24"/>
        </w:rPr>
        <w:t>zëvendëson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Statutin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D4609E">
        <w:rPr>
          <w:rFonts w:ascii="Arial" w:hAnsi="Arial" w:cs="Arial"/>
          <w:sz w:val="24"/>
          <w:szCs w:val="24"/>
        </w:rPr>
        <w:t>vitit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2022, </w:t>
      </w:r>
      <w:proofErr w:type="spellStart"/>
      <w:r w:rsidRPr="00D4609E">
        <w:rPr>
          <w:rFonts w:ascii="Arial" w:hAnsi="Arial" w:cs="Arial"/>
          <w:sz w:val="24"/>
          <w:szCs w:val="24"/>
        </w:rPr>
        <w:t>sipas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dispozitave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për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hyrjen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D4609E">
        <w:rPr>
          <w:rFonts w:ascii="Arial" w:hAnsi="Arial" w:cs="Arial"/>
          <w:sz w:val="24"/>
          <w:szCs w:val="24"/>
        </w:rPr>
        <w:t>fuqi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tekstit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miratuar</w:t>
      </w:r>
      <w:proofErr w:type="spellEnd"/>
      <w:r w:rsidRPr="00D4609E">
        <w:rPr>
          <w:rFonts w:ascii="Arial" w:hAnsi="Arial" w:cs="Arial"/>
          <w:sz w:val="24"/>
          <w:szCs w:val="24"/>
        </w:rPr>
        <w:t>.</w:t>
      </w:r>
    </w:p>
    <w:p w14:paraId="4FB9789C" w14:textId="77777777" w:rsidR="00D4609E" w:rsidRPr="00D4609E" w:rsidRDefault="00D4609E" w:rsidP="00D4609E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D4609E">
        <w:rPr>
          <w:rFonts w:ascii="Arial" w:hAnsi="Arial" w:cs="Arial"/>
          <w:b/>
          <w:sz w:val="24"/>
          <w:szCs w:val="24"/>
        </w:rPr>
        <w:t xml:space="preserve">Pika 3. </w:t>
      </w:r>
      <w:r w:rsidRPr="00D4609E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D4609E">
        <w:rPr>
          <w:rFonts w:ascii="Arial" w:hAnsi="Arial" w:cs="Arial"/>
          <w:sz w:val="24"/>
          <w:szCs w:val="24"/>
        </w:rPr>
        <w:t>përbërjen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D4609E">
        <w:rPr>
          <w:rFonts w:ascii="Arial" w:hAnsi="Arial" w:cs="Arial"/>
          <w:sz w:val="24"/>
          <w:szCs w:val="24"/>
        </w:rPr>
        <w:t>Bordit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Ekzekutiv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përfshihet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një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përfaqësues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atletëve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propozuar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nga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Komisioni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Atletëve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609E">
        <w:rPr>
          <w:rFonts w:ascii="Arial" w:hAnsi="Arial" w:cs="Arial"/>
          <w:sz w:val="24"/>
          <w:szCs w:val="24"/>
        </w:rPr>
        <w:t>sipas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nenit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35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Statutit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miratuar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. Në </w:t>
      </w:r>
      <w:proofErr w:type="spellStart"/>
      <w:r w:rsidRPr="00D4609E">
        <w:rPr>
          <w:rFonts w:ascii="Arial" w:hAnsi="Arial" w:cs="Arial"/>
          <w:sz w:val="24"/>
          <w:szCs w:val="24"/>
        </w:rPr>
        <w:t>procesverbal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është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evidentuar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edhe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propozimi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miratuar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që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kryetari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ta </w:t>
      </w:r>
      <w:proofErr w:type="spellStart"/>
      <w:r w:rsidRPr="00D4609E">
        <w:rPr>
          <w:rFonts w:ascii="Arial" w:hAnsi="Arial" w:cs="Arial"/>
          <w:sz w:val="24"/>
          <w:szCs w:val="24"/>
        </w:rPr>
        <w:t>paraqesë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kandidaturën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për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miratim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në Bord.</w:t>
      </w:r>
    </w:p>
    <w:p w14:paraId="1954E1A6" w14:textId="77777777" w:rsidR="00D4609E" w:rsidRPr="00D4609E" w:rsidRDefault="00D4609E" w:rsidP="00D4609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4609E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D4609E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D4609E">
        <w:rPr>
          <w:rFonts w:ascii="Arial" w:hAnsi="Arial" w:cs="Arial"/>
          <w:sz w:val="24"/>
          <w:szCs w:val="24"/>
        </w:rPr>
        <w:t>Miratuar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unanimisht</w:t>
      </w:r>
      <w:proofErr w:type="spellEnd"/>
      <w:r w:rsidRPr="00D4609E">
        <w:rPr>
          <w:rFonts w:ascii="Arial" w:hAnsi="Arial" w:cs="Arial"/>
          <w:sz w:val="24"/>
          <w:szCs w:val="24"/>
        </w:rPr>
        <w:t>.</w:t>
      </w:r>
    </w:p>
    <w:p w14:paraId="68616323" w14:textId="77777777" w:rsidR="00D4609E" w:rsidRPr="00D4609E" w:rsidRDefault="00D4609E" w:rsidP="00D4609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D4609E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D4609E">
        <w:rPr>
          <w:rFonts w:ascii="Arial" w:hAnsi="Arial" w:cs="Arial"/>
          <w:sz w:val="24"/>
          <w:szCs w:val="24"/>
        </w:rPr>
        <w:t>vendim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është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pjesë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D4609E">
        <w:rPr>
          <w:rFonts w:ascii="Arial" w:hAnsi="Arial" w:cs="Arial"/>
          <w:sz w:val="24"/>
          <w:szCs w:val="24"/>
        </w:rPr>
        <w:t>dokumentacionit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Kuvendit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të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609E">
        <w:rPr>
          <w:rFonts w:ascii="Arial" w:hAnsi="Arial" w:cs="Arial"/>
          <w:sz w:val="24"/>
          <w:szCs w:val="24"/>
        </w:rPr>
        <w:t>datës</w:t>
      </w:r>
      <w:proofErr w:type="spellEnd"/>
      <w:r w:rsidRPr="00D4609E">
        <w:rPr>
          <w:rFonts w:ascii="Arial" w:hAnsi="Arial" w:cs="Arial"/>
          <w:sz w:val="24"/>
          <w:szCs w:val="24"/>
        </w:rPr>
        <w:t xml:space="preserve"> 25.03.2025.</w:t>
      </w:r>
    </w:p>
    <w:p w14:paraId="73F56400" w14:textId="607B166E" w:rsidR="00DF543F" w:rsidRDefault="00DF543F" w:rsidP="003F4F19">
      <w:pPr>
        <w:jc w:val="right"/>
      </w:pP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2BF4" w14:textId="77777777" w:rsidR="00314467" w:rsidRDefault="00314467">
      <w:pPr>
        <w:spacing w:after="0" w:line="240" w:lineRule="auto"/>
      </w:pPr>
      <w:r>
        <w:separator/>
      </w:r>
    </w:p>
  </w:endnote>
  <w:endnote w:type="continuationSeparator" w:id="0">
    <w:p w14:paraId="5F81EF2B" w14:textId="77777777" w:rsidR="00314467" w:rsidRDefault="0031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825E0" w14:textId="77777777" w:rsidR="00314467" w:rsidRDefault="00314467">
      <w:pPr>
        <w:spacing w:after="0" w:line="240" w:lineRule="auto"/>
      </w:pPr>
      <w:r>
        <w:separator/>
      </w:r>
    </w:p>
  </w:footnote>
  <w:footnote w:type="continuationSeparator" w:id="0">
    <w:p w14:paraId="7D17DEA0" w14:textId="77777777" w:rsidR="00314467" w:rsidRDefault="00314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15074B"/>
    <w:rsid w:val="00252125"/>
    <w:rsid w:val="00272025"/>
    <w:rsid w:val="0029639D"/>
    <w:rsid w:val="00314467"/>
    <w:rsid w:val="00326F90"/>
    <w:rsid w:val="003E65C6"/>
    <w:rsid w:val="003F4F19"/>
    <w:rsid w:val="004537B8"/>
    <w:rsid w:val="004A368A"/>
    <w:rsid w:val="00581794"/>
    <w:rsid w:val="005A4C5E"/>
    <w:rsid w:val="00610F16"/>
    <w:rsid w:val="00655A75"/>
    <w:rsid w:val="00680779"/>
    <w:rsid w:val="006E57AD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A1D8D"/>
    <w:rsid w:val="00AB08DA"/>
    <w:rsid w:val="00B24DC8"/>
    <w:rsid w:val="00B47730"/>
    <w:rsid w:val="00BF78D9"/>
    <w:rsid w:val="00CB0664"/>
    <w:rsid w:val="00D4609E"/>
    <w:rsid w:val="00D503B9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14</cp:revision>
  <dcterms:created xsi:type="dcterms:W3CDTF">2026-10-10T12:56:00Z</dcterms:created>
  <dcterms:modified xsi:type="dcterms:W3CDTF">2026-10-10T13:29:00Z</dcterms:modified>
  <cp:category/>
</cp:coreProperties>
</file>