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1248BC53" w14:textId="0B033FDD" w:rsidR="006E57AD" w:rsidRDefault="003F4F19" w:rsidP="006E57AD">
      <w:pPr>
        <w:jc w:val="center"/>
      </w:pPr>
      <w:r>
        <w:br/>
      </w:r>
    </w:p>
    <w:p w14:paraId="792CB53B" w14:textId="77777777" w:rsidR="002C2B86" w:rsidRDefault="002C2B86" w:rsidP="002C2B86">
      <w:pPr>
        <w:jc w:val="center"/>
      </w:pPr>
      <w:r>
        <w:rPr>
          <w:b/>
          <w:sz w:val="32"/>
        </w:rPr>
        <w:t>VENDIM</w:t>
      </w:r>
    </w:p>
    <w:p w14:paraId="43319976" w14:textId="77777777" w:rsidR="002C2B86" w:rsidRDefault="002C2B86" w:rsidP="002C2B86">
      <w:pPr>
        <w:jc w:val="center"/>
      </w:pPr>
      <w:r>
        <w:rPr>
          <w:b/>
        </w:rPr>
        <w:t>AUTORIZIMI PËR TRAJTIMIN E KËRKESAVE EVENTUALE TË LICENCIMIT</w:t>
      </w:r>
    </w:p>
    <w:p w14:paraId="60D9159D" w14:textId="77777777" w:rsidR="002C2B86" w:rsidRPr="002C2B86" w:rsidRDefault="002C2B86" w:rsidP="002C2B8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C2B86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2C2B86">
        <w:rPr>
          <w:rFonts w:ascii="Arial" w:hAnsi="Arial" w:cs="Arial"/>
          <w:sz w:val="24"/>
          <w:szCs w:val="24"/>
        </w:rPr>
        <w:t>mbështetje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vendimmarrjes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së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Kuvendit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Kosovës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evidentuar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2C2B86">
        <w:rPr>
          <w:rFonts w:ascii="Arial" w:hAnsi="Arial" w:cs="Arial"/>
          <w:sz w:val="24"/>
          <w:szCs w:val="24"/>
        </w:rPr>
        <w:t>procesverbalin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mbledhjes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së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datës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2C2B86">
        <w:rPr>
          <w:rFonts w:ascii="Arial" w:hAnsi="Arial" w:cs="Arial"/>
          <w:sz w:val="24"/>
          <w:szCs w:val="24"/>
        </w:rPr>
        <w:t>Kuvendi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nxjerr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këtë</w:t>
      </w:r>
      <w:proofErr w:type="spellEnd"/>
      <w:r w:rsidRPr="002C2B86">
        <w:rPr>
          <w:rFonts w:ascii="Arial" w:hAnsi="Arial" w:cs="Arial"/>
          <w:sz w:val="24"/>
          <w:szCs w:val="24"/>
        </w:rPr>
        <w:t>:</w:t>
      </w:r>
    </w:p>
    <w:p w14:paraId="031F0866" w14:textId="77777777" w:rsidR="002C2B86" w:rsidRPr="002C2B86" w:rsidRDefault="002C2B86" w:rsidP="002C2B86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2C2B86">
        <w:rPr>
          <w:rFonts w:ascii="Arial" w:hAnsi="Arial" w:cs="Arial"/>
          <w:b/>
          <w:sz w:val="24"/>
          <w:szCs w:val="24"/>
        </w:rPr>
        <w:t xml:space="preserve">Pika 1. </w:t>
      </w:r>
      <w:r w:rsidRPr="002C2B86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2C2B86">
        <w:rPr>
          <w:rFonts w:ascii="Arial" w:hAnsi="Arial" w:cs="Arial"/>
          <w:sz w:val="24"/>
          <w:szCs w:val="24"/>
        </w:rPr>
        <w:t>jepet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miratim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kryetarit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Federatës </w:t>
      </w:r>
      <w:proofErr w:type="spellStart"/>
      <w:r w:rsidRPr="002C2B86">
        <w:rPr>
          <w:rFonts w:ascii="Arial" w:hAnsi="Arial" w:cs="Arial"/>
          <w:sz w:val="24"/>
          <w:szCs w:val="24"/>
        </w:rPr>
        <w:t>që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trajtojë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kërkesat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eventuale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Komisionit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për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Licencimin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Federatave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ministrisë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përgjegjëse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për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sportin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, duke </w:t>
      </w:r>
      <w:proofErr w:type="spellStart"/>
      <w:r w:rsidRPr="002C2B86">
        <w:rPr>
          <w:rFonts w:ascii="Arial" w:hAnsi="Arial" w:cs="Arial"/>
          <w:sz w:val="24"/>
          <w:szCs w:val="24"/>
        </w:rPr>
        <w:t>i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paraqitur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ndryshimet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përkatëse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në Bordin </w:t>
      </w:r>
      <w:proofErr w:type="spellStart"/>
      <w:r w:rsidRPr="002C2B86">
        <w:rPr>
          <w:rFonts w:ascii="Arial" w:hAnsi="Arial" w:cs="Arial"/>
          <w:sz w:val="24"/>
          <w:szCs w:val="24"/>
        </w:rPr>
        <w:t>Ekzekutiv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dhe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pas </w:t>
      </w:r>
      <w:proofErr w:type="spellStart"/>
      <w:r w:rsidRPr="002C2B86">
        <w:rPr>
          <w:rFonts w:ascii="Arial" w:hAnsi="Arial" w:cs="Arial"/>
          <w:sz w:val="24"/>
          <w:szCs w:val="24"/>
        </w:rPr>
        <w:t>për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miratim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2C2B86">
        <w:rPr>
          <w:rFonts w:ascii="Arial" w:hAnsi="Arial" w:cs="Arial"/>
          <w:sz w:val="24"/>
          <w:szCs w:val="24"/>
        </w:rPr>
        <w:t>Kuvendin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ardhshëm</w:t>
      </w:r>
      <w:proofErr w:type="spellEnd"/>
      <w:r w:rsidRPr="002C2B86">
        <w:rPr>
          <w:rFonts w:ascii="Arial" w:hAnsi="Arial" w:cs="Arial"/>
          <w:sz w:val="24"/>
          <w:szCs w:val="24"/>
        </w:rPr>
        <w:t>.</w:t>
      </w:r>
    </w:p>
    <w:p w14:paraId="5891D4CB" w14:textId="77777777" w:rsidR="002C2B86" w:rsidRPr="002C2B86" w:rsidRDefault="002C2B86" w:rsidP="002C2B86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2C2B86">
        <w:rPr>
          <w:rFonts w:ascii="Arial" w:hAnsi="Arial" w:cs="Arial"/>
          <w:b/>
          <w:sz w:val="24"/>
          <w:szCs w:val="24"/>
        </w:rPr>
        <w:t xml:space="preserve">Pika 2. </w:t>
      </w:r>
      <w:r w:rsidRPr="002C2B86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2C2B86">
        <w:rPr>
          <w:rFonts w:ascii="Arial" w:hAnsi="Arial" w:cs="Arial"/>
          <w:sz w:val="24"/>
          <w:szCs w:val="24"/>
        </w:rPr>
        <w:t>autorizim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nuk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zëvendëson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miratimin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ndryshimeve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statutore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nga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organi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kompetent</w:t>
      </w:r>
      <w:proofErr w:type="spellEnd"/>
      <w:r w:rsidRPr="002C2B86">
        <w:rPr>
          <w:rFonts w:ascii="Arial" w:hAnsi="Arial" w:cs="Arial"/>
          <w:sz w:val="24"/>
          <w:szCs w:val="24"/>
        </w:rPr>
        <w:t>.</w:t>
      </w:r>
    </w:p>
    <w:p w14:paraId="6D9D623D" w14:textId="77777777" w:rsidR="002C2B86" w:rsidRPr="002C2B86" w:rsidRDefault="002C2B86" w:rsidP="002C2B8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C2B86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2C2B86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2C2B86">
        <w:rPr>
          <w:rFonts w:ascii="Arial" w:hAnsi="Arial" w:cs="Arial"/>
          <w:sz w:val="24"/>
          <w:szCs w:val="24"/>
        </w:rPr>
        <w:t>Miratuar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unanimisht</w:t>
      </w:r>
      <w:proofErr w:type="spellEnd"/>
      <w:r w:rsidRPr="002C2B86">
        <w:rPr>
          <w:rFonts w:ascii="Arial" w:hAnsi="Arial" w:cs="Arial"/>
          <w:sz w:val="24"/>
          <w:szCs w:val="24"/>
        </w:rPr>
        <w:t>.</w:t>
      </w:r>
    </w:p>
    <w:p w14:paraId="49CE9D9E" w14:textId="77777777" w:rsidR="002C2B86" w:rsidRPr="002C2B86" w:rsidRDefault="002C2B86" w:rsidP="002C2B8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C2B86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2C2B86">
        <w:rPr>
          <w:rFonts w:ascii="Arial" w:hAnsi="Arial" w:cs="Arial"/>
          <w:sz w:val="24"/>
          <w:szCs w:val="24"/>
        </w:rPr>
        <w:t>vendim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është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pjesë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dokumentacionit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Kuvendit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datës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25.03.2025.</w:t>
      </w:r>
    </w:p>
    <w:p w14:paraId="73F56400" w14:textId="607B166E" w:rsidR="00DF543F" w:rsidRDefault="00DF543F" w:rsidP="003F4F19">
      <w:pPr>
        <w:jc w:val="right"/>
      </w:pP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B3972" w14:textId="77777777" w:rsidR="001B37F1" w:rsidRDefault="001B37F1">
      <w:pPr>
        <w:spacing w:after="0" w:line="240" w:lineRule="auto"/>
      </w:pPr>
      <w:r>
        <w:separator/>
      </w:r>
    </w:p>
  </w:endnote>
  <w:endnote w:type="continuationSeparator" w:id="0">
    <w:p w14:paraId="5804921A" w14:textId="77777777" w:rsidR="001B37F1" w:rsidRDefault="001B3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CB7FD" w14:textId="77777777" w:rsidR="001B37F1" w:rsidRDefault="001B37F1">
      <w:pPr>
        <w:spacing w:after="0" w:line="240" w:lineRule="auto"/>
      </w:pPr>
      <w:r>
        <w:separator/>
      </w:r>
    </w:p>
  </w:footnote>
  <w:footnote w:type="continuationSeparator" w:id="0">
    <w:p w14:paraId="6802C666" w14:textId="77777777" w:rsidR="001B37F1" w:rsidRDefault="001B3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ATHLETIC  FEDERATION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15074B"/>
    <w:rsid w:val="001B37F1"/>
    <w:rsid w:val="00252125"/>
    <w:rsid w:val="00272025"/>
    <w:rsid w:val="0029639D"/>
    <w:rsid w:val="002C2B86"/>
    <w:rsid w:val="00314467"/>
    <w:rsid w:val="00326F90"/>
    <w:rsid w:val="003E65C6"/>
    <w:rsid w:val="003F4F19"/>
    <w:rsid w:val="004537B8"/>
    <w:rsid w:val="004A368A"/>
    <w:rsid w:val="00581794"/>
    <w:rsid w:val="005A4C5E"/>
    <w:rsid w:val="00610F16"/>
    <w:rsid w:val="00655A75"/>
    <w:rsid w:val="00680779"/>
    <w:rsid w:val="006E57AD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A1D8D"/>
    <w:rsid w:val="00AB08DA"/>
    <w:rsid w:val="00B24DC8"/>
    <w:rsid w:val="00B47730"/>
    <w:rsid w:val="00B80BB0"/>
    <w:rsid w:val="00BF78D9"/>
    <w:rsid w:val="00CB0664"/>
    <w:rsid w:val="00D4609E"/>
    <w:rsid w:val="00D503B9"/>
    <w:rsid w:val="00DF04C6"/>
    <w:rsid w:val="00DF543F"/>
    <w:rsid w:val="00E62D58"/>
    <w:rsid w:val="00FA7A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16</cp:revision>
  <dcterms:created xsi:type="dcterms:W3CDTF">2026-10-10T12:56:00Z</dcterms:created>
  <dcterms:modified xsi:type="dcterms:W3CDTF">2026-10-10T13:36:00Z</dcterms:modified>
  <cp:category/>
</cp:coreProperties>
</file>