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788E" w14:textId="3A64B010" w:rsidR="003F4F19" w:rsidRDefault="003F4F19" w:rsidP="003F4F19">
      <w:r>
        <w:t>Prishtinë, 25.03.2025</w:t>
      </w:r>
    </w:p>
    <w:p w14:paraId="1248BC53" w14:textId="79798EB1" w:rsidR="006E57AD" w:rsidRDefault="003F4F19" w:rsidP="006E57AD">
      <w:pPr>
        <w:jc w:val="center"/>
      </w:pPr>
      <w:r>
        <w:br/>
      </w:r>
    </w:p>
    <w:p w14:paraId="760993F4" w14:textId="77777777" w:rsidR="001626EC" w:rsidRDefault="001626EC" w:rsidP="001626EC">
      <w:pPr>
        <w:jc w:val="center"/>
        <w:rPr>
          <w:b/>
          <w:sz w:val="32"/>
        </w:rPr>
      </w:pPr>
      <w:r>
        <w:rPr>
          <w:b/>
          <w:sz w:val="32"/>
        </w:rPr>
        <w:t>VENDIM</w:t>
      </w:r>
    </w:p>
    <w:p w14:paraId="15533733" w14:textId="77777777" w:rsidR="00B47043" w:rsidRDefault="00B47043" w:rsidP="00B47043">
      <w:pPr>
        <w:jc w:val="center"/>
        <w:rPr>
          <w:b/>
        </w:rPr>
      </w:pPr>
      <w:r>
        <w:rPr>
          <w:b/>
        </w:rPr>
        <w:t>MIRATIMI I RREGULLORES SË PUNËS SË BORDIT EKZEKUTIV</w:t>
      </w:r>
    </w:p>
    <w:p w14:paraId="242BDDF4" w14:textId="77777777" w:rsidR="00154D36" w:rsidRDefault="00154D36" w:rsidP="00B47043">
      <w:pPr>
        <w:jc w:val="center"/>
      </w:pPr>
    </w:p>
    <w:p w14:paraId="34795F38" w14:textId="77777777" w:rsidR="00B47043" w:rsidRPr="00B47043" w:rsidRDefault="00B47043" w:rsidP="00B47043">
      <w:pPr>
        <w:spacing w:line="480" w:lineRule="auto"/>
        <w:rPr>
          <w:rFonts w:ascii="Arial" w:hAnsi="Arial" w:cs="Arial"/>
          <w:sz w:val="24"/>
          <w:szCs w:val="24"/>
        </w:rPr>
      </w:pPr>
      <w:r w:rsidRPr="00B47043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B47043">
        <w:rPr>
          <w:rFonts w:ascii="Arial" w:hAnsi="Arial" w:cs="Arial"/>
          <w:sz w:val="24"/>
          <w:szCs w:val="24"/>
        </w:rPr>
        <w:t>mbështetje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të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vendimmarrjes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së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Kuvendit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të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B47043">
        <w:rPr>
          <w:rFonts w:ascii="Arial" w:hAnsi="Arial" w:cs="Arial"/>
          <w:sz w:val="24"/>
          <w:szCs w:val="24"/>
        </w:rPr>
        <w:t>të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Kosovës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47043">
        <w:rPr>
          <w:rFonts w:ascii="Arial" w:hAnsi="Arial" w:cs="Arial"/>
          <w:sz w:val="24"/>
          <w:szCs w:val="24"/>
        </w:rPr>
        <w:t>të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evidentuar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B47043">
        <w:rPr>
          <w:rFonts w:ascii="Arial" w:hAnsi="Arial" w:cs="Arial"/>
          <w:sz w:val="24"/>
          <w:szCs w:val="24"/>
        </w:rPr>
        <w:t>procesverbalin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47043">
        <w:rPr>
          <w:rFonts w:ascii="Arial" w:hAnsi="Arial" w:cs="Arial"/>
          <w:sz w:val="24"/>
          <w:szCs w:val="24"/>
        </w:rPr>
        <w:t>mbledhjes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së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datës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25.03.2025, </w:t>
      </w:r>
      <w:proofErr w:type="spellStart"/>
      <w:r w:rsidRPr="00B47043">
        <w:rPr>
          <w:rFonts w:ascii="Arial" w:hAnsi="Arial" w:cs="Arial"/>
          <w:sz w:val="24"/>
          <w:szCs w:val="24"/>
        </w:rPr>
        <w:t>Kuvendi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nxjerr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këtë</w:t>
      </w:r>
      <w:proofErr w:type="spellEnd"/>
      <w:r w:rsidRPr="00B47043">
        <w:rPr>
          <w:rFonts w:ascii="Arial" w:hAnsi="Arial" w:cs="Arial"/>
          <w:sz w:val="24"/>
          <w:szCs w:val="24"/>
        </w:rPr>
        <w:t>:</w:t>
      </w:r>
    </w:p>
    <w:p w14:paraId="2F46A9F5" w14:textId="77777777" w:rsidR="00B47043" w:rsidRPr="00B47043" w:rsidRDefault="00B47043" w:rsidP="00B47043">
      <w:pPr>
        <w:spacing w:line="480" w:lineRule="auto"/>
        <w:ind w:left="170"/>
        <w:rPr>
          <w:rFonts w:ascii="Arial" w:hAnsi="Arial" w:cs="Arial"/>
          <w:sz w:val="24"/>
          <w:szCs w:val="24"/>
        </w:rPr>
      </w:pPr>
      <w:r w:rsidRPr="00B47043">
        <w:rPr>
          <w:rFonts w:ascii="Arial" w:hAnsi="Arial" w:cs="Arial"/>
          <w:b/>
          <w:sz w:val="24"/>
          <w:szCs w:val="24"/>
        </w:rPr>
        <w:t xml:space="preserve">Pika 1. </w:t>
      </w:r>
      <w:proofErr w:type="spellStart"/>
      <w:r w:rsidRPr="00B47043">
        <w:rPr>
          <w:rFonts w:ascii="Arial" w:hAnsi="Arial" w:cs="Arial"/>
          <w:sz w:val="24"/>
          <w:szCs w:val="24"/>
        </w:rPr>
        <w:t>Miratohen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ndryshimet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dhe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plotësimet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47043">
        <w:rPr>
          <w:rFonts w:ascii="Arial" w:hAnsi="Arial" w:cs="Arial"/>
          <w:sz w:val="24"/>
          <w:szCs w:val="24"/>
        </w:rPr>
        <w:t>Rregullores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së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punës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së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Bordit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Ekzekutiv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të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B47043">
        <w:rPr>
          <w:rFonts w:ascii="Arial" w:hAnsi="Arial" w:cs="Arial"/>
          <w:sz w:val="24"/>
          <w:szCs w:val="24"/>
        </w:rPr>
        <w:t>të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Kosovës</w:t>
      </w:r>
      <w:proofErr w:type="spellEnd"/>
      <w:r w:rsidRPr="00B47043">
        <w:rPr>
          <w:rFonts w:ascii="Arial" w:hAnsi="Arial" w:cs="Arial"/>
          <w:sz w:val="24"/>
          <w:szCs w:val="24"/>
        </w:rPr>
        <w:t>.</w:t>
      </w:r>
    </w:p>
    <w:p w14:paraId="44F2E1D6" w14:textId="77777777" w:rsidR="00B47043" w:rsidRPr="00B47043" w:rsidRDefault="00B47043" w:rsidP="00B47043">
      <w:pPr>
        <w:spacing w:line="480" w:lineRule="auto"/>
        <w:ind w:left="170"/>
        <w:rPr>
          <w:rFonts w:ascii="Arial" w:hAnsi="Arial" w:cs="Arial"/>
          <w:sz w:val="24"/>
          <w:szCs w:val="24"/>
        </w:rPr>
      </w:pPr>
      <w:r w:rsidRPr="00B47043">
        <w:rPr>
          <w:rFonts w:ascii="Arial" w:hAnsi="Arial" w:cs="Arial"/>
          <w:b/>
          <w:sz w:val="24"/>
          <w:szCs w:val="24"/>
        </w:rPr>
        <w:t xml:space="preserve">Pika 2. </w:t>
      </w:r>
      <w:proofErr w:type="spellStart"/>
      <w:r w:rsidRPr="00B47043">
        <w:rPr>
          <w:rFonts w:ascii="Arial" w:hAnsi="Arial" w:cs="Arial"/>
          <w:sz w:val="24"/>
          <w:szCs w:val="24"/>
        </w:rPr>
        <w:t>Sipas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procesverbalit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47043">
        <w:rPr>
          <w:rFonts w:ascii="Arial" w:hAnsi="Arial" w:cs="Arial"/>
          <w:sz w:val="24"/>
          <w:szCs w:val="24"/>
        </w:rPr>
        <w:t>rregullorja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hyn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B47043">
        <w:rPr>
          <w:rFonts w:ascii="Arial" w:hAnsi="Arial" w:cs="Arial"/>
          <w:sz w:val="24"/>
          <w:szCs w:val="24"/>
        </w:rPr>
        <w:t>fuqi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pas </w:t>
      </w:r>
      <w:proofErr w:type="spellStart"/>
      <w:r w:rsidRPr="00B47043">
        <w:rPr>
          <w:rFonts w:ascii="Arial" w:hAnsi="Arial" w:cs="Arial"/>
          <w:sz w:val="24"/>
          <w:szCs w:val="24"/>
        </w:rPr>
        <w:t>nënshkrimit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nga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kryetari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i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Federatës.</w:t>
      </w:r>
    </w:p>
    <w:p w14:paraId="34CEB3AC" w14:textId="77777777" w:rsidR="00B47043" w:rsidRPr="00B47043" w:rsidRDefault="00B47043" w:rsidP="00B47043">
      <w:pPr>
        <w:spacing w:line="480" w:lineRule="auto"/>
        <w:rPr>
          <w:rFonts w:ascii="Arial" w:hAnsi="Arial" w:cs="Arial"/>
          <w:sz w:val="24"/>
          <w:szCs w:val="24"/>
        </w:rPr>
      </w:pPr>
      <w:proofErr w:type="spellStart"/>
      <w:r w:rsidRPr="00B47043">
        <w:rPr>
          <w:rFonts w:ascii="Arial" w:hAnsi="Arial" w:cs="Arial"/>
          <w:b/>
          <w:sz w:val="24"/>
          <w:szCs w:val="24"/>
        </w:rPr>
        <w:t>Votimi</w:t>
      </w:r>
      <w:proofErr w:type="spellEnd"/>
      <w:r w:rsidRPr="00B47043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B47043">
        <w:rPr>
          <w:rFonts w:ascii="Arial" w:hAnsi="Arial" w:cs="Arial"/>
          <w:sz w:val="24"/>
          <w:szCs w:val="24"/>
        </w:rPr>
        <w:t>Miratuar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me 22 vota </w:t>
      </w:r>
      <w:proofErr w:type="spellStart"/>
      <w:r w:rsidRPr="00B47043">
        <w:rPr>
          <w:rFonts w:ascii="Arial" w:hAnsi="Arial" w:cs="Arial"/>
          <w:sz w:val="24"/>
          <w:szCs w:val="24"/>
        </w:rPr>
        <w:t>për</w:t>
      </w:r>
      <w:proofErr w:type="spellEnd"/>
      <w:r w:rsidRPr="00B47043">
        <w:rPr>
          <w:rFonts w:ascii="Arial" w:hAnsi="Arial" w:cs="Arial"/>
          <w:sz w:val="24"/>
          <w:szCs w:val="24"/>
        </w:rPr>
        <w:t>.</w:t>
      </w:r>
    </w:p>
    <w:p w14:paraId="78CF9AA8" w14:textId="77777777" w:rsidR="00B47043" w:rsidRPr="00B47043" w:rsidRDefault="00B47043" w:rsidP="00B47043">
      <w:pPr>
        <w:spacing w:line="480" w:lineRule="auto"/>
        <w:rPr>
          <w:rFonts w:ascii="Arial" w:hAnsi="Arial" w:cs="Arial"/>
          <w:sz w:val="24"/>
          <w:szCs w:val="24"/>
        </w:rPr>
      </w:pPr>
      <w:r w:rsidRPr="00B47043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B47043">
        <w:rPr>
          <w:rFonts w:ascii="Arial" w:hAnsi="Arial" w:cs="Arial"/>
          <w:sz w:val="24"/>
          <w:szCs w:val="24"/>
        </w:rPr>
        <w:t>vendim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është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pjesë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47043">
        <w:rPr>
          <w:rFonts w:ascii="Arial" w:hAnsi="Arial" w:cs="Arial"/>
          <w:sz w:val="24"/>
          <w:szCs w:val="24"/>
        </w:rPr>
        <w:t>dokumentacionit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të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Kuvendit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të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7043">
        <w:rPr>
          <w:rFonts w:ascii="Arial" w:hAnsi="Arial" w:cs="Arial"/>
          <w:sz w:val="24"/>
          <w:szCs w:val="24"/>
        </w:rPr>
        <w:t>datës</w:t>
      </w:r>
      <w:proofErr w:type="spellEnd"/>
      <w:r w:rsidRPr="00B47043">
        <w:rPr>
          <w:rFonts w:ascii="Arial" w:hAnsi="Arial" w:cs="Arial"/>
          <w:sz w:val="24"/>
          <w:szCs w:val="24"/>
        </w:rPr>
        <w:t xml:space="preserve"> 25.03.2025.</w:t>
      </w:r>
    </w:p>
    <w:p w14:paraId="6710ADBF" w14:textId="77777777" w:rsidR="001626EC" w:rsidRDefault="001626EC" w:rsidP="001626EC">
      <w:pPr>
        <w:jc w:val="center"/>
      </w:pPr>
    </w:p>
    <w:p w14:paraId="73F56400" w14:textId="607B166E" w:rsidR="00DF543F" w:rsidRDefault="00DF543F" w:rsidP="003F4F19">
      <w:pPr>
        <w:jc w:val="right"/>
      </w:pPr>
    </w:p>
    <w:p w14:paraId="2EB7A75D" w14:textId="5303FC4A" w:rsidR="00DF543F" w:rsidRDefault="00DF543F" w:rsidP="003F4F19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2BC32" wp14:editId="4FB0A286">
            <wp:simplePos x="0" y="0"/>
            <wp:positionH relativeFrom="column">
              <wp:posOffset>4115435</wp:posOffset>
            </wp:positionH>
            <wp:positionV relativeFrom="paragraph">
              <wp:posOffset>17145</wp:posOffset>
            </wp:positionV>
            <wp:extent cx="2019300" cy="1476375"/>
            <wp:effectExtent l="0" t="0" r="0" b="9525"/>
            <wp:wrapNone/>
            <wp:docPr id="1603688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88796" name="Picture 1603688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9FF6" w14:textId="0DAA22C1" w:rsidR="00DF543F" w:rsidRDefault="00DF543F" w:rsidP="003F4F19">
      <w:pPr>
        <w:jc w:val="right"/>
      </w:pPr>
    </w:p>
    <w:p w14:paraId="6EC494DA" w14:textId="77777777" w:rsidR="00DF543F" w:rsidRDefault="003F4F19" w:rsidP="003F4F19">
      <w:pPr>
        <w:jc w:val="right"/>
      </w:pP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Federatës Atletike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</w:p>
    <w:p w14:paraId="1F3D6101" w14:textId="008E50F6" w:rsidR="003F4F19" w:rsidRDefault="003F4F19" w:rsidP="003F4F19">
      <w:pPr>
        <w:jc w:val="right"/>
      </w:pPr>
      <w:r>
        <w:t>Halil Sylejmani</w:t>
      </w:r>
      <w:r>
        <w:br/>
      </w:r>
      <w:r>
        <w:br/>
        <w:t>________________________</w:t>
      </w:r>
    </w:p>
    <w:p w14:paraId="41BA6A8B" w14:textId="742C3979" w:rsidR="00E62D58" w:rsidRPr="009266E1" w:rsidRDefault="00E62D58" w:rsidP="009266E1"/>
    <w:sectPr w:rsidR="00E62D58" w:rsidRPr="009266E1" w:rsidSect="00034616">
      <w:headerReference w:type="default" r:id="rId9"/>
      <w:footerReference w:type="default" r:id="rId10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74EEA" w14:textId="77777777" w:rsidR="00B65821" w:rsidRDefault="00B65821">
      <w:pPr>
        <w:spacing w:after="0" w:line="240" w:lineRule="auto"/>
      </w:pPr>
      <w:r>
        <w:separator/>
      </w:r>
    </w:p>
  </w:endnote>
  <w:endnote w:type="continuationSeparator" w:id="0">
    <w:p w14:paraId="2AFC86FD" w14:textId="77777777" w:rsidR="00B65821" w:rsidRDefault="00B6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B306" w14:textId="77777777" w:rsidR="00E62D58" w:rsidRDefault="00000000">
    <w:pPr>
      <w:pStyle w:val="Footer"/>
      <w:jc w:val="center"/>
    </w:pPr>
    <w:r>
      <w:t xml:space="preserve">FAK • Procesverbali </w:t>
    </w:r>
    <w:proofErr w:type="spellStart"/>
    <w:r>
      <w:t>i</w:t>
    </w:r>
    <w:proofErr w:type="spellEnd"/>
    <w:r>
      <w:t xml:space="preserve"> </w:t>
    </w:r>
    <w:proofErr w:type="spellStart"/>
    <w:r>
      <w:t>Kuvendit</w:t>
    </w:r>
    <w:proofErr w:type="spellEnd"/>
    <w:r>
      <w:t xml:space="preserve"> </w:t>
    </w:r>
    <w:proofErr w:type="spellStart"/>
    <w:r>
      <w:t>të</w:t>
    </w:r>
    <w:proofErr w:type="spellEnd"/>
    <w:r>
      <w:t xml:space="preserve"> </w:t>
    </w:r>
    <w:proofErr w:type="spellStart"/>
    <w:r>
      <w:t>datës</w:t>
    </w:r>
    <w:proofErr w:type="spellEnd"/>
    <w:r>
      <w:t xml:space="preserve"> 25.03.2025 • Version </w:t>
    </w:r>
    <w:proofErr w:type="spellStart"/>
    <w:r>
      <w:t>i</w:t>
    </w:r>
    <w:proofErr w:type="spellEnd"/>
    <w:r>
      <w:t xml:space="preserve"> </w:t>
    </w:r>
    <w:proofErr w:type="spellStart"/>
    <w:r>
      <w:t>plotësuar</w:t>
    </w:r>
    <w:proofErr w:type="spellEnd"/>
    <w:r>
      <w:t xml:space="preserve"> </w:t>
    </w:r>
    <w:proofErr w:type="spellStart"/>
    <w:r>
      <w:t>për</w:t>
    </w:r>
    <w:proofErr w:type="spellEnd"/>
    <w:r>
      <w:t xml:space="preserve"> </w:t>
    </w:r>
    <w:proofErr w:type="spellStart"/>
    <w:r>
      <w:t>shqyrtim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369BC" w14:textId="77777777" w:rsidR="00B65821" w:rsidRDefault="00B65821">
      <w:pPr>
        <w:spacing w:after="0" w:line="240" w:lineRule="auto"/>
      </w:pPr>
      <w:r>
        <w:separator/>
      </w:r>
    </w:p>
  </w:footnote>
  <w:footnote w:type="continuationSeparator" w:id="0">
    <w:p w14:paraId="37705747" w14:textId="77777777" w:rsidR="00B65821" w:rsidRDefault="00B65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360"/>
      <w:gridCol w:w="7272"/>
    </w:tblGrid>
    <w:tr w:rsidR="00735486" w14:paraId="76C6BD31" w14:textId="77777777" w:rsidTr="00D07F00">
      <w:tc>
        <w:tcPr>
          <w:tcW w:w="2380" w:type="dxa"/>
        </w:tcPr>
        <w:p w14:paraId="222DAB00" w14:textId="08C6991E" w:rsidR="00735486" w:rsidRPr="00737C90" w:rsidRDefault="00735486" w:rsidP="00735486">
          <w:r w:rsidRPr="00737C90">
            <w:rPr>
              <w:noProof/>
            </w:rPr>
            <w:drawing>
              <wp:inline distT="0" distB="0" distL="0" distR="0" wp14:anchorId="2121A117" wp14:editId="742D4BEC">
                <wp:extent cx="1038225" cy="495300"/>
                <wp:effectExtent l="0" t="0" r="9525" b="0"/>
                <wp:docPr id="5258137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5" w:type="dxa"/>
        </w:tcPr>
        <w:p w14:paraId="4D05E8F4" w14:textId="77777777" w:rsidR="00735486" w:rsidRDefault="00735486" w:rsidP="00735486">
          <w:pPr>
            <w:jc w:val="center"/>
          </w:pPr>
          <w:r w:rsidRPr="00481E3C">
            <w:rPr>
              <w:b/>
              <w:sz w:val="36"/>
              <w:szCs w:val="36"/>
            </w:rPr>
            <w:t>FEDERATA ATLETIKE E KOSOVËS</w:t>
          </w:r>
          <w:r w:rsidRPr="00481E3C">
            <w:rPr>
              <w:b/>
              <w:bCs/>
              <w:sz w:val="36"/>
              <w:szCs w:val="36"/>
            </w:rPr>
            <w:t xml:space="preserve">       </w:t>
          </w:r>
          <w:proofErr w:type="gramStart"/>
          <w:r w:rsidRPr="00481E3C">
            <w:rPr>
              <w:b/>
              <w:bCs/>
              <w:sz w:val="36"/>
              <w:szCs w:val="36"/>
            </w:rPr>
            <w:t>ATHLETIC  FEDERATION</w:t>
          </w:r>
          <w:proofErr w:type="gramEnd"/>
          <w:r w:rsidRPr="00481E3C">
            <w:rPr>
              <w:b/>
              <w:bCs/>
              <w:sz w:val="36"/>
              <w:szCs w:val="36"/>
            </w:rPr>
            <w:t xml:space="preserve"> OF KOSOVA</w:t>
          </w:r>
        </w:p>
      </w:tc>
    </w:tr>
  </w:tbl>
  <w:p w14:paraId="6B93B9CC" w14:textId="3EFA3DCC" w:rsidR="00E62D58" w:rsidRPr="00735486" w:rsidRDefault="00E62D58" w:rsidP="00735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182789">
    <w:abstractNumId w:val="8"/>
  </w:num>
  <w:num w:numId="2" w16cid:durableId="453447413">
    <w:abstractNumId w:val="6"/>
  </w:num>
  <w:num w:numId="3" w16cid:durableId="336884286">
    <w:abstractNumId w:val="5"/>
  </w:num>
  <w:num w:numId="4" w16cid:durableId="2017029194">
    <w:abstractNumId w:val="4"/>
  </w:num>
  <w:num w:numId="5" w16cid:durableId="147793722">
    <w:abstractNumId w:val="7"/>
  </w:num>
  <w:num w:numId="6" w16cid:durableId="2053578444">
    <w:abstractNumId w:val="3"/>
  </w:num>
  <w:num w:numId="7" w16cid:durableId="1914779002">
    <w:abstractNumId w:val="2"/>
  </w:num>
  <w:num w:numId="8" w16cid:durableId="881866124">
    <w:abstractNumId w:val="1"/>
  </w:num>
  <w:num w:numId="9" w16cid:durableId="1674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4B"/>
    <w:rsid w:val="0006063C"/>
    <w:rsid w:val="00062C4D"/>
    <w:rsid w:val="000843E4"/>
    <w:rsid w:val="0015074B"/>
    <w:rsid w:val="00154D36"/>
    <w:rsid w:val="001626EC"/>
    <w:rsid w:val="00252125"/>
    <w:rsid w:val="00272025"/>
    <w:rsid w:val="0029639D"/>
    <w:rsid w:val="002C2B86"/>
    <w:rsid w:val="00314467"/>
    <w:rsid w:val="00326F90"/>
    <w:rsid w:val="003E65C6"/>
    <w:rsid w:val="003F4F19"/>
    <w:rsid w:val="004537B8"/>
    <w:rsid w:val="004A368A"/>
    <w:rsid w:val="00581794"/>
    <w:rsid w:val="005A4C5E"/>
    <w:rsid w:val="00610F16"/>
    <w:rsid w:val="00655A75"/>
    <w:rsid w:val="00680779"/>
    <w:rsid w:val="006E57AD"/>
    <w:rsid w:val="00735486"/>
    <w:rsid w:val="00835CA5"/>
    <w:rsid w:val="008B2477"/>
    <w:rsid w:val="008E37D6"/>
    <w:rsid w:val="00904B4E"/>
    <w:rsid w:val="009266E1"/>
    <w:rsid w:val="0094339F"/>
    <w:rsid w:val="0096773A"/>
    <w:rsid w:val="00992F1B"/>
    <w:rsid w:val="009C2F2F"/>
    <w:rsid w:val="00A22511"/>
    <w:rsid w:val="00A26587"/>
    <w:rsid w:val="00AA1D8D"/>
    <w:rsid w:val="00AB08DA"/>
    <w:rsid w:val="00B24DC8"/>
    <w:rsid w:val="00B47043"/>
    <w:rsid w:val="00B47730"/>
    <w:rsid w:val="00B65821"/>
    <w:rsid w:val="00B80BB0"/>
    <w:rsid w:val="00BF78D9"/>
    <w:rsid w:val="00CB0664"/>
    <w:rsid w:val="00D4609E"/>
    <w:rsid w:val="00D503B9"/>
    <w:rsid w:val="00DF04C6"/>
    <w:rsid w:val="00DF543F"/>
    <w:rsid w:val="00E62D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77CB4"/>
  <w14:defaultImageDpi w14:val="300"/>
  <w15:docId w15:val="{7BE7A37D-9CF7-4548-84ED-7150A7C1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B6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3B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3B6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Gazi Renaku</cp:lastModifiedBy>
  <cp:revision>18</cp:revision>
  <dcterms:created xsi:type="dcterms:W3CDTF">2026-10-10T12:56:00Z</dcterms:created>
  <dcterms:modified xsi:type="dcterms:W3CDTF">2026-10-10T13:38:00Z</dcterms:modified>
  <cp:category/>
</cp:coreProperties>
</file>